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9414E" w14:textId="5B432F11" w:rsidR="00131ECB" w:rsidRPr="0055501B" w:rsidRDefault="00DB0751">
      <w:pPr>
        <w:autoSpaceDE w:val="0"/>
        <w:autoSpaceDN w:val="0"/>
        <w:spacing w:after="78" w:line="220" w:lineRule="exact"/>
        <w:rPr>
          <w:lang w:val="ru-RU"/>
        </w:rPr>
      </w:pPr>
      <w:r>
        <w:rPr>
          <w:noProof/>
        </w:rPr>
        <w:drawing>
          <wp:inline distT="0" distB="0" distL="0" distR="0" wp14:anchorId="3B7194BD" wp14:editId="689CBC55">
            <wp:extent cx="6720840" cy="9500235"/>
            <wp:effectExtent l="0" t="0" r="3810" b="5715"/>
            <wp:docPr id="2040634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348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FD0A" w14:textId="340591EA" w:rsidR="00131ECB" w:rsidRPr="0055501B" w:rsidRDefault="00DB0751">
      <w:pPr>
        <w:autoSpaceDE w:val="0"/>
        <w:autoSpaceDN w:val="0"/>
        <w:spacing w:after="78" w:line="220" w:lineRule="exact"/>
        <w:rPr>
          <w:lang w:val="ru-RU"/>
        </w:rPr>
      </w:pPr>
      <w:r>
        <w:rPr>
          <w:noProof/>
        </w:rPr>
        <w:drawing>
          <wp:inline distT="0" distB="0" distL="0" distR="0" wp14:anchorId="54BB917A" wp14:editId="642839C6">
            <wp:extent cx="6720840" cy="9500235"/>
            <wp:effectExtent l="0" t="0" r="3810" b="5715"/>
            <wp:docPr id="956702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021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D205" w14:textId="63866688" w:rsidR="00DB0751" w:rsidRDefault="00DB0751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noProof/>
        </w:rPr>
        <w:drawing>
          <wp:inline distT="0" distB="0" distL="0" distR="0" wp14:anchorId="361859A8" wp14:editId="1C44C7F1">
            <wp:extent cx="6720840" cy="9500235"/>
            <wp:effectExtent l="0" t="0" r="3810" b="5715"/>
            <wp:docPr id="805965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651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EFE7" w14:textId="77777777" w:rsidR="00DB0751" w:rsidRDefault="00DB0751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3F8850E1" w14:textId="77777777" w:rsidR="00DB0751" w:rsidRDefault="00DB0751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1831ED62" w14:textId="77777777" w:rsidR="00DB0751" w:rsidRDefault="00DB0751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565E2387" w14:textId="6B9397C2" w:rsidR="00131ECB" w:rsidRPr="0055501B" w:rsidRDefault="00BE3D35">
      <w:pPr>
        <w:autoSpaceDE w:val="0"/>
        <w:autoSpaceDN w:val="0"/>
        <w:spacing w:after="0" w:line="230" w:lineRule="auto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7485C30A" w14:textId="77777777" w:rsidR="00131ECB" w:rsidRPr="0055501B" w:rsidRDefault="00BE3D35" w:rsidP="00EC7278">
      <w:pPr>
        <w:autoSpaceDE w:val="0"/>
        <w:autoSpaceDN w:val="0"/>
        <w:spacing w:before="346" w:after="0" w:line="286" w:lineRule="auto"/>
        <w:ind w:firstLine="180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музыке на уровне 2 класса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обучающихся, представленной в Примерной программе воспитания (одобрено решением ФУМО от 02.06.2020). Программа разработана с учётом актуальных целей и задач обучения и воспитания, развития обучающихся и условий, необходимых для достижения личностных, метапредметных и предметных результатов при освоении предметной области «Искусство» (Музыка).</w:t>
      </w:r>
    </w:p>
    <w:p w14:paraId="4A983E09" w14:textId="77777777" w:rsidR="00131ECB" w:rsidRPr="0055501B" w:rsidRDefault="00BE3D35">
      <w:pPr>
        <w:autoSpaceDE w:val="0"/>
        <w:autoSpaceDN w:val="0"/>
        <w:spacing w:before="262" w:after="0" w:line="230" w:lineRule="auto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«МУЗЫКА»</w:t>
      </w:r>
    </w:p>
    <w:p w14:paraId="4D90AC38" w14:textId="77777777" w:rsidR="00131ECB" w:rsidRPr="0055501B" w:rsidRDefault="00BE3D35" w:rsidP="00EC7278">
      <w:pPr>
        <w:autoSpaceDE w:val="0"/>
        <w:autoSpaceDN w:val="0"/>
        <w:spacing w:before="166" w:after="0" w:line="271" w:lineRule="auto"/>
        <w:ind w:right="576" w:firstLine="180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Музыка является неотъемлемой частью культурного наследия, универсальным способом коммуникации. Особенно важна музыка для становления личности младшего школьника — как способ, форма и опыт самовыражения и естественного радостного мировосприятия.</w:t>
      </w:r>
    </w:p>
    <w:p w14:paraId="422BCF17" w14:textId="77777777" w:rsidR="00131ECB" w:rsidRPr="0055501B" w:rsidRDefault="00BE3D35" w:rsidP="00EC7278">
      <w:pPr>
        <w:autoSpaceDE w:val="0"/>
        <w:autoSpaceDN w:val="0"/>
        <w:spacing w:before="70" w:after="0" w:line="286" w:lineRule="auto"/>
        <w:ind w:firstLine="180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др.). При этом наиболее эффективной формой освоения музыкального искусства является практическое музицирование — пение, игра на доступных музыкальных инструментах, различные формы музыкального движения. В ходе активной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25B46AAB" w14:textId="77777777" w:rsidR="00131ECB" w:rsidRPr="0055501B" w:rsidRDefault="00BE3D35" w:rsidP="00EC7278">
      <w:pPr>
        <w:autoSpaceDE w:val="0"/>
        <w:autoSpaceDN w:val="0"/>
        <w:spacing w:before="70" w:after="0" w:line="271" w:lineRule="auto"/>
        <w:ind w:right="144" w:firstLine="180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Программа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 и т. п.). Однако этот уровень содержания обучения не является главным.</w:t>
      </w:r>
    </w:p>
    <w:p w14:paraId="156CD646" w14:textId="77777777" w:rsidR="00131ECB" w:rsidRPr="0055501B" w:rsidRDefault="00BE3D35" w:rsidP="00EC7278">
      <w:pPr>
        <w:autoSpaceDE w:val="0"/>
        <w:autoSpaceDN w:val="0"/>
        <w:spacing w:before="70" w:after="0" w:line="271" w:lineRule="auto"/>
        <w:ind w:right="144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Значительно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«искусство интонируемого смысла» (Б. В. Асафьев).</w:t>
      </w:r>
    </w:p>
    <w:p w14:paraId="0B64FF18" w14:textId="5B08C8C4" w:rsidR="00131ECB" w:rsidRPr="0055501B" w:rsidRDefault="00BE3D35" w:rsidP="00EC7278">
      <w:pPr>
        <w:autoSpaceDE w:val="0"/>
        <w:autoSpaceDN w:val="0"/>
        <w:spacing w:before="72" w:after="0" w:line="281" w:lineRule="auto"/>
        <w:ind w:right="144" w:firstLine="180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Свойственная музыкальному восприятию идентификация с лирическим героем произведения (В. В. Медушевский) является уникальным психологическим механизмом для формирования мировоззрения ребёнка опосредованным </w:t>
      </w:r>
      <w:r w:rsidR="00EC7278" w:rsidRPr="0055501B">
        <w:rPr>
          <w:rFonts w:ascii="Times New Roman" w:eastAsia="Times New Roman" w:hAnsi="Times New Roman"/>
          <w:color w:val="000000"/>
          <w:sz w:val="24"/>
          <w:lang w:val="ru-RU"/>
        </w:rPr>
        <w:t>не директивным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 путём. Поэтому ключевым моментом при составлении программы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ценностей.</w:t>
      </w:r>
    </w:p>
    <w:p w14:paraId="3C9AF005" w14:textId="77777777" w:rsidR="00131ECB" w:rsidRPr="0055501B" w:rsidRDefault="00BE3D35" w:rsidP="00EC7278">
      <w:pPr>
        <w:autoSpaceDE w:val="0"/>
        <w:autoSpaceDN w:val="0"/>
        <w:spacing w:before="70" w:after="0"/>
        <w:ind w:right="144" w:firstLine="180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Одним из наиболее важных направлений музыкального воспитания является развитие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14:paraId="1EF6C16A" w14:textId="77777777" w:rsidR="00131ECB" w:rsidRPr="0055501B" w:rsidRDefault="00BE3D35" w:rsidP="00EC7278">
      <w:pPr>
        <w:autoSpaceDE w:val="0"/>
        <w:autoSpaceDN w:val="0"/>
        <w:spacing w:before="70" w:after="0"/>
        <w:ind w:firstLine="180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Особая роль в организации музыкальных занятий младших школьников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— от традиционных фольклорных игр и театрализованных представлений к звуковым импровизациям, направленным на освоение жанровых особенностей,</w:t>
      </w:r>
    </w:p>
    <w:p w14:paraId="7B66D1ED" w14:textId="77777777" w:rsidR="00131ECB" w:rsidRPr="0055501B" w:rsidRDefault="00131ECB" w:rsidP="00EC7278">
      <w:pPr>
        <w:jc w:val="both"/>
        <w:rPr>
          <w:lang w:val="ru-RU"/>
        </w:rPr>
        <w:sectPr w:rsidR="00131ECB" w:rsidRPr="0055501B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29069CF" w14:textId="77777777" w:rsidR="00131ECB" w:rsidRPr="0055501B" w:rsidRDefault="00131ECB" w:rsidP="00EC7278">
      <w:pPr>
        <w:autoSpaceDE w:val="0"/>
        <w:autoSpaceDN w:val="0"/>
        <w:spacing w:after="72" w:line="220" w:lineRule="exact"/>
        <w:jc w:val="both"/>
        <w:rPr>
          <w:lang w:val="ru-RU"/>
        </w:rPr>
      </w:pPr>
    </w:p>
    <w:p w14:paraId="6937F5A6" w14:textId="77777777" w:rsidR="00131ECB" w:rsidRPr="0055501B" w:rsidRDefault="00BE3D35" w:rsidP="00EC7278">
      <w:pPr>
        <w:autoSpaceDE w:val="0"/>
        <w:autoSpaceDN w:val="0"/>
        <w:spacing w:after="0" w:line="230" w:lineRule="auto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элементов музыкального языка, композиционных принципов.</w:t>
      </w:r>
    </w:p>
    <w:p w14:paraId="22D7DE23" w14:textId="77777777" w:rsidR="00131ECB" w:rsidRPr="0055501B" w:rsidRDefault="00BE3D35">
      <w:pPr>
        <w:autoSpaceDE w:val="0"/>
        <w:autoSpaceDN w:val="0"/>
        <w:spacing w:before="262" w:after="0" w:line="230" w:lineRule="auto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УЧЕБНОГО ПРЕДМЕТА «МУЗЫКА»</w:t>
      </w:r>
    </w:p>
    <w:p w14:paraId="4E71AFB8" w14:textId="77777777" w:rsidR="00131ECB" w:rsidRPr="0055501B" w:rsidRDefault="00BE3D35" w:rsidP="00EC7278">
      <w:pPr>
        <w:autoSpaceDE w:val="0"/>
        <w:autoSpaceDN w:val="0"/>
        <w:spacing w:before="166" w:after="0" w:line="271" w:lineRule="auto"/>
        <w:ind w:right="720" w:firstLine="180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Музыка жизненно необходима для полноценного развития младших школьников. 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14:paraId="7A6EF8DC" w14:textId="77777777" w:rsidR="00131ECB" w:rsidRPr="0055501B" w:rsidRDefault="00BE3D35" w:rsidP="00EC7278">
      <w:pPr>
        <w:autoSpaceDE w:val="0"/>
        <w:autoSpaceDN w:val="0"/>
        <w:spacing w:before="70" w:after="0" w:line="283" w:lineRule="auto"/>
        <w:ind w:right="144" w:firstLine="180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Основная цель реализации программы 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14:paraId="0E4E1A05" w14:textId="77777777" w:rsidR="00131ECB" w:rsidRPr="0055501B" w:rsidRDefault="00BE3D35" w:rsidP="00EC7278">
      <w:pPr>
        <w:tabs>
          <w:tab w:val="left" w:pos="180"/>
        </w:tabs>
        <w:autoSpaceDE w:val="0"/>
        <w:autoSpaceDN w:val="0"/>
        <w:spacing w:before="70" w:after="0" w:line="286" w:lineRule="auto"/>
        <w:jc w:val="both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процессе конкретизации учебных целей их реализация осуществляется по следующим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направлениям: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1) становление системы ценностей обучающихся в единстве эмоциональной и познавательной сферы;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2) 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 </w:t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3) формирование творческих способностей ребёнка, развитие внутренней мотивации к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музицированию.</w:t>
      </w:r>
    </w:p>
    <w:p w14:paraId="6548DC4C" w14:textId="77777777" w:rsidR="00131ECB" w:rsidRPr="0055501B" w:rsidRDefault="00BE3D35">
      <w:pPr>
        <w:autoSpaceDE w:val="0"/>
        <w:autoSpaceDN w:val="0"/>
        <w:spacing w:before="70" w:after="0" w:line="262" w:lineRule="auto"/>
        <w:ind w:left="180" w:right="432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Важнейшими задачами в начальной школе являются: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1. Формирование эмоционально-ценностной отзывчивости на прекрасное в жизни и в искусстве.</w:t>
      </w:r>
    </w:p>
    <w:p w14:paraId="37384F70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2. 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музицирования.</w:t>
      </w:r>
    </w:p>
    <w:p w14:paraId="064C50E3" w14:textId="77777777" w:rsidR="00131ECB" w:rsidRPr="0055501B" w:rsidRDefault="00BE3D35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3. Формирование культуры осознанного восприятия музыкальных образов. Приобщение к общечеловеческим духовным ценностям через собственный внутренний опыт эмоционального переживания.</w:t>
      </w:r>
    </w:p>
    <w:p w14:paraId="38C7B5BC" w14:textId="77777777" w:rsidR="00131ECB" w:rsidRPr="0055501B" w:rsidRDefault="00BE3D35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4. Развитие эмоционального интеллекта в единстве с другими познавательными и регулятивными универсальными учебными действиями. Развитие ассоциативного мышления и продуктивного воображения.</w:t>
      </w:r>
    </w:p>
    <w:p w14:paraId="6093B9A6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5. Овладение предметными умениями и навыками в различных видах практического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музицирования. Введение ребёнка в искусство через разнообразие видов музыкальной деятельности, в том числе: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а) Слушание (воспитание грамотного слушателя);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б) Исполнение (пение, игра на доступных музыкальных инструментах);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в) Сочинение (элементы импровизации, композиции, аранжировки);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г) Музыкальное движение (пластическое интонирование, танец, двигательное моделирование и др.); </w:t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д) Исследовательские и творческие проекты.</w:t>
      </w:r>
    </w:p>
    <w:p w14:paraId="1E45F2AB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6. 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языка.</w:t>
      </w:r>
    </w:p>
    <w:p w14:paraId="7C7B4A08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7. Воспитание уважения к цивилизационному наследию России; присвоение интонационно-образного строя отечественной музыкальной культуры.</w:t>
      </w:r>
    </w:p>
    <w:p w14:paraId="20D412CA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8. Расширение кругозора, воспитание любознательности, интереса к музыкальной культуре других стран, культур, времён и народов.</w:t>
      </w:r>
    </w:p>
    <w:p w14:paraId="02E188DB" w14:textId="77777777" w:rsidR="00131ECB" w:rsidRPr="0055501B" w:rsidRDefault="00BE3D35">
      <w:pPr>
        <w:autoSpaceDE w:val="0"/>
        <w:autoSpaceDN w:val="0"/>
        <w:spacing w:before="262" w:after="0" w:line="230" w:lineRule="auto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«МУЗЫКА» В УЧЕБНОМ ПЛАНЕ</w:t>
      </w:r>
    </w:p>
    <w:p w14:paraId="214BF940" w14:textId="77777777" w:rsidR="00131ECB" w:rsidRPr="0055501B" w:rsidRDefault="00BE3D35">
      <w:pPr>
        <w:autoSpaceDE w:val="0"/>
        <w:autoSpaceDN w:val="0"/>
        <w:spacing w:before="166" w:after="0" w:line="230" w:lineRule="auto"/>
        <w:jc w:val="center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</w:t>
      </w:r>
    </w:p>
    <w:p w14:paraId="7AA5CEDC" w14:textId="77777777" w:rsidR="00131ECB" w:rsidRPr="0055501B" w:rsidRDefault="00131ECB">
      <w:pPr>
        <w:rPr>
          <w:lang w:val="ru-RU"/>
        </w:rPr>
        <w:sectPr w:rsidR="00131ECB" w:rsidRPr="0055501B">
          <w:pgSz w:w="11900" w:h="16840"/>
          <w:pgMar w:top="292" w:right="648" w:bottom="312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45FDD11F" w14:textId="77777777" w:rsidR="00131ECB" w:rsidRPr="0055501B" w:rsidRDefault="00131ECB">
      <w:pPr>
        <w:autoSpaceDE w:val="0"/>
        <w:autoSpaceDN w:val="0"/>
        <w:spacing w:after="72" w:line="220" w:lineRule="exact"/>
        <w:rPr>
          <w:lang w:val="ru-RU"/>
        </w:rPr>
      </w:pPr>
    </w:p>
    <w:p w14:paraId="354C6E33" w14:textId="3BC5F0AD" w:rsidR="00131ECB" w:rsidRPr="0055501B" w:rsidRDefault="00BE3D35">
      <w:pPr>
        <w:tabs>
          <w:tab w:val="left" w:pos="180"/>
        </w:tabs>
        <w:autoSpaceDE w:val="0"/>
        <w:autoSpaceDN w:val="0"/>
        <w:spacing w:after="0" w:line="288" w:lineRule="auto"/>
        <w:ind w:right="288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 учебный предмет «Музыка» входит в предметную область «Искусство», является обязательным для изучения и преподаётся в начальной школе с 1 по 4 класс включительно. </w:t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«Музыка» структурно представлено восемью модулями 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области</w:t>
      </w:r>
      <w:r w:rsidR="00B11D6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«Искусство» на протяжении всего курса школьного обучения: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1 «Музыкальная грамота»;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2 «Народная музыка России»;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3 «Музыка народов мира»;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4 «Духовная музыка»;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5 «Классическая музыка»;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6 «Современная музыкальная культура»;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7 «Музыка театра и кино»;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модуль № 8 «Музыка в жизни человека».</w:t>
      </w:r>
    </w:p>
    <w:p w14:paraId="502C6F7F" w14:textId="77777777" w:rsidR="00131ECB" w:rsidRPr="0055501B" w:rsidRDefault="00BE3D35" w:rsidP="00EC7278">
      <w:pPr>
        <w:autoSpaceDE w:val="0"/>
        <w:autoSpaceDN w:val="0"/>
        <w:spacing w:before="190" w:after="0" w:line="283" w:lineRule="auto"/>
        <w:ind w:firstLine="180"/>
        <w:jc w:val="both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предмета «Музыка» предполагает активную социо-культурную деятельность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дисциплинами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программы, как «Изобразительное искусство», «Литературное чтение»,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«Окружающий мир», «Основы религиозной культуры и светской этики», «Иностранный язык» и др. Общее число часов, отведённых на изучение предмета «Музыка» во 2 классе, составляет 34 часа (не менее 1 часа в неделю).</w:t>
      </w:r>
    </w:p>
    <w:p w14:paraId="53BE343A" w14:textId="77777777" w:rsidR="00131ECB" w:rsidRPr="0055501B" w:rsidRDefault="00131ECB">
      <w:pPr>
        <w:rPr>
          <w:lang w:val="ru-RU"/>
        </w:rPr>
        <w:sectPr w:rsidR="00131ECB" w:rsidRPr="0055501B">
          <w:pgSz w:w="11900" w:h="16840"/>
          <w:pgMar w:top="292" w:right="890" w:bottom="1440" w:left="666" w:header="720" w:footer="720" w:gutter="0"/>
          <w:cols w:space="720" w:equalWidth="0">
            <w:col w:w="10344" w:space="0"/>
          </w:cols>
          <w:docGrid w:linePitch="360"/>
        </w:sectPr>
      </w:pPr>
    </w:p>
    <w:p w14:paraId="42E66DC9" w14:textId="77777777" w:rsidR="00131ECB" w:rsidRPr="0055501B" w:rsidRDefault="00131ECB">
      <w:pPr>
        <w:autoSpaceDE w:val="0"/>
        <w:autoSpaceDN w:val="0"/>
        <w:spacing w:after="78" w:line="220" w:lineRule="exact"/>
        <w:rPr>
          <w:lang w:val="ru-RU"/>
        </w:rPr>
      </w:pPr>
    </w:p>
    <w:p w14:paraId="1D0E9442" w14:textId="77777777" w:rsidR="00131ECB" w:rsidRPr="0055501B" w:rsidRDefault="00BE3D35">
      <w:pPr>
        <w:autoSpaceDE w:val="0"/>
        <w:autoSpaceDN w:val="0"/>
        <w:spacing w:after="0" w:line="230" w:lineRule="auto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535A7274" w14:textId="77777777" w:rsidR="00131ECB" w:rsidRPr="0055501B" w:rsidRDefault="00BE3D35">
      <w:pPr>
        <w:autoSpaceDE w:val="0"/>
        <w:autoSpaceDN w:val="0"/>
        <w:spacing w:before="346" w:after="0" w:line="271" w:lineRule="auto"/>
        <w:ind w:left="180" w:right="576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«КЛАССИЧЕСКАЯ МУЗЫКА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Композиторы — детям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Детская музыка П. И. Чайковского, С. С. Прокофьева, Д. Б. Кабалевского и др. Понятие жанра.</w:t>
      </w:r>
    </w:p>
    <w:p w14:paraId="4FE5BB1C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Песня, танец, марш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Оркестр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Оркестр — большой коллектив музыкантов. Дирижёр, партитура, репетиция. Жанр концерта —музыкальное соревнование солиста с оркестром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Русские композиторы-классики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Творчество выдающихся отечественных композиторов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Мастерство исполнителя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Творчество выдающихся исполнителей — певцов, инструменталистов, дирижёров. Консерватория, филармония, Конкурс имени П. И. Чайковского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Вокальная музыка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Человеческий голос — самый совершенный инструмент. Бережное отношение к своему голосу.</w:t>
      </w:r>
    </w:p>
    <w:p w14:paraId="3B47FB63" w14:textId="77777777" w:rsidR="00131ECB" w:rsidRPr="0055501B" w:rsidRDefault="00BE3D35">
      <w:pPr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Известные певцы. Жанры вокальной музыки: песни, вокализы, романсы, арии из опер. Кантата. Песня, романс, вокализ, кант.</w:t>
      </w:r>
    </w:p>
    <w:p w14:paraId="5383D31D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Европейские композиторы-классики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Творчество выдающихся зарубежных композиторов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Музыкальные инструменты. Скрипка, виолончель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</w:t>
      </w:r>
    </w:p>
    <w:p w14:paraId="0346EAB0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/>
        <w:ind w:right="1296"/>
        <w:rPr>
          <w:lang w:val="ru-RU"/>
        </w:rPr>
      </w:pPr>
      <w:r w:rsidRPr="0055501B"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>M</w:t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одуль «МУЗЫКА ТЕАТРА И КИНО»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Театр оперы и балета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Особенности музыкальных спектаклей. Балет. Опера. Солисты, хор, оркестр, дирижёр в музыкальном спектакле</w:t>
      </w:r>
    </w:p>
    <w:p w14:paraId="52A60BAC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 w:line="288" w:lineRule="auto"/>
        <w:ind w:right="144"/>
        <w:rPr>
          <w:lang w:val="ru-RU"/>
        </w:rPr>
      </w:pPr>
      <w:r w:rsidRPr="0055501B"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>M</w:t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одуль «МУЗЫКАЛЬНАЯ ГРАМОТА»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Звукоряд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Нотный стан, скрипичный ключ. Ноты первой октавы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Ритм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Звуки длинные и короткие (восьмые и четвертные длительности), такт, тактовая черта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Размер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Равномерная пульсация. Сильные и слабые доли. Размеры 2/4, 3/4, 4/4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Высота звуков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Регистры. Ноты певческого диапазона. Расположение нот на клавиатуре. Знаки альтерации (диезы, бемоли, бекары)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Ноты в разных октавах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Ноты второй и малой октавы. Басовый ключ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Музыкальный язык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Темп, тембр. Динамика (форте, пиано, крещендо, диминуэндо и др.). Штрихи (стаккато, легато, акцент и др.)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>Ритми</w:t>
      </w:r>
      <w:r w:rsidRPr="0055501B">
        <w:rPr>
          <w:rFonts w:ascii="DejaVu Serif" w:eastAsia="DejaVu Serif" w:hAnsi="DejaVu Serif"/>
          <w:color w:val="000000"/>
          <w:sz w:val="24"/>
          <w:lang w:val="ru-RU"/>
        </w:rPr>
        <w:t>​</w:t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ческие рисунки в размере 6/8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Размер 6/8. Нота с точкой. Шестнадцатые. Пунктирный ритм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Тональность. Гамма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Тоника, тональность. Знаки при ключе. Мажорные и минорные тональности (до 2—3 знаков при</w:t>
      </w:r>
    </w:p>
    <w:p w14:paraId="471AA5FF" w14:textId="77777777" w:rsidR="00131ECB" w:rsidRPr="0055501B" w:rsidRDefault="00131ECB">
      <w:pPr>
        <w:rPr>
          <w:lang w:val="ru-RU"/>
        </w:rPr>
        <w:sectPr w:rsidR="00131ECB" w:rsidRPr="0055501B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45EF051" w14:textId="77777777" w:rsidR="00131ECB" w:rsidRPr="0055501B" w:rsidRDefault="00131ECB">
      <w:pPr>
        <w:autoSpaceDE w:val="0"/>
        <w:autoSpaceDN w:val="0"/>
        <w:spacing w:after="66" w:line="220" w:lineRule="exact"/>
        <w:rPr>
          <w:lang w:val="ru-RU"/>
        </w:rPr>
      </w:pPr>
    </w:p>
    <w:p w14:paraId="2936349C" w14:textId="77777777" w:rsidR="00131ECB" w:rsidRPr="0055501B" w:rsidRDefault="00BE3D35">
      <w:pPr>
        <w:tabs>
          <w:tab w:val="left" w:pos="180"/>
        </w:tabs>
        <w:autoSpaceDE w:val="0"/>
        <w:autoSpaceDN w:val="0"/>
        <w:spacing w:after="0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ключе)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Музыкальная форма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Контраст и повтор как принципы строения музыкального произведения. Двухчастная, трёхчастная и трёхчастная репризная форма. Рондо: рефрен и эпизоды</w:t>
      </w:r>
    </w:p>
    <w:p w14:paraId="1F8D0EB4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 w:line="281" w:lineRule="auto"/>
        <w:ind w:right="288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«МУЗЫКА В ЖИЗНИ ЧЕЛОВЕКА»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Музыкальные пейзажи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Образы природы в музыке. Настроение музыкальных пейзажей. Чувства человека, любующегося природой. Музыка — выражение глубоких чувств, тонких оттенков настроения, которые трудно передать словами</w:t>
      </w:r>
    </w:p>
    <w:p w14:paraId="0179D48E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2" w:after="0" w:line="286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«НАРОДНАЯ МУЗЫКА РОССИИ»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Край, в котором ты живёшь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Музыкальные традиции малой Родины. Песни, обряды, музыкальные инструменты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Сказки, мифы и легенды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Народные сказители. Русские народные сказания, былины. Эпос народов России. Сказки и легенды о музыке и музыкантах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Фольклор народов России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Музыкальные традиции, особенности народной музыки республик Российской Федерации. Жанры, интонации, музыкальные инструменты, музыканты-исполнители</w:t>
      </w:r>
    </w:p>
    <w:p w14:paraId="39DBF1CD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/>
        <w:ind w:right="1008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«МУЗЫКА НАРОДОВ МИРА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 Средней Азии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Музыкальные традиции и праздники, народные инструменты и современные исполнители Казахстана, Киргизии, и других стран региона</w:t>
      </w:r>
    </w:p>
    <w:p w14:paraId="45D81160" w14:textId="77777777" w:rsidR="00131ECB" w:rsidRPr="0055501B" w:rsidRDefault="00BE3D35">
      <w:pPr>
        <w:autoSpaceDE w:val="0"/>
        <w:autoSpaceDN w:val="0"/>
        <w:spacing w:before="190" w:after="0" w:line="271" w:lineRule="auto"/>
        <w:ind w:left="180" w:right="4464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«ДУХОВНАЯ МУЗЫКА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Инструментальная музыка в церкви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Орган и его роль в богослужении. Творчество И. С. Баха</w:t>
      </w:r>
    </w:p>
    <w:p w14:paraId="0D1F7542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«СОВРЕМЕННАЯ МУЗЫКАЛЬНАЯ КУЛЬТУРА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Современные обработки классической музыки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Понятие обработки, творчество современных композиторов и исполнителей, обрабатывающих классическую музыку. Проблемная ситуация: зачем музыканты делают обработки классики?</w:t>
      </w:r>
    </w:p>
    <w:p w14:paraId="0AE20F3D" w14:textId="77777777" w:rsidR="00131ECB" w:rsidRPr="0055501B" w:rsidRDefault="00131ECB">
      <w:pPr>
        <w:rPr>
          <w:lang w:val="ru-RU"/>
        </w:rPr>
        <w:sectPr w:rsidR="00131ECB" w:rsidRPr="0055501B">
          <w:pgSz w:w="11900" w:h="16840"/>
          <w:pgMar w:top="286" w:right="688" w:bottom="1440" w:left="666" w:header="720" w:footer="720" w:gutter="0"/>
          <w:cols w:space="720" w:equalWidth="0">
            <w:col w:w="10546" w:space="0"/>
          </w:cols>
          <w:docGrid w:linePitch="360"/>
        </w:sectPr>
      </w:pPr>
    </w:p>
    <w:p w14:paraId="1D6F5BB9" w14:textId="77777777" w:rsidR="00131ECB" w:rsidRPr="0055501B" w:rsidRDefault="00131ECB">
      <w:pPr>
        <w:autoSpaceDE w:val="0"/>
        <w:autoSpaceDN w:val="0"/>
        <w:spacing w:after="78" w:line="220" w:lineRule="exact"/>
        <w:rPr>
          <w:lang w:val="ru-RU"/>
        </w:rPr>
      </w:pPr>
    </w:p>
    <w:p w14:paraId="541E8366" w14:textId="77777777" w:rsidR="00131ECB" w:rsidRPr="0055501B" w:rsidRDefault="00BE3D35">
      <w:pPr>
        <w:autoSpaceDE w:val="0"/>
        <w:autoSpaceDN w:val="0"/>
        <w:spacing w:after="0" w:line="230" w:lineRule="auto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31A3CCED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346" w:after="0" w:line="262" w:lineRule="auto"/>
        <w:ind w:right="288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личностных, метапредметных и предметных.</w:t>
      </w:r>
    </w:p>
    <w:p w14:paraId="73F97703" w14:textId="77777777" w:rsidR="00131ECB" w:rsidRPr="0055501B" w:rsidRDefault="00BE3D35">
      <w:pPr>
        <w:autoSpaceDE w:val="0"/>
        <w:autoSpaceDN w:val="0"/>
        <w:spacing w:before="262" w:after="0" w:line="230" w:lineRule="auto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4457A2E7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66" w:after="0" w:line="286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рабочей программы по музыке для начального общего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 достигаются во взаимодействии учебной и воспитательной работы, урочной и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внеурочной деятельности. Они должны отражать готовность обучающихся руководствоваться системой позитивных ценностных ориентаций, в том числе в части: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Гражданско-патриотического воспитания: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российской гражданской идентичности; знание Гимна России и традиций его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исполнения, уважение музыкальных символов и традиций республик Российской Федерации;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 участвовать в творческой жизни своей школы, города, республики.</w:t>
      </w:r>
    </w:p>
    <w:p w14:paraId="711158A6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/>
        <w:ind w:right="1152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4182C540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Эстетического воспитания: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различным видам искусства, музыкальным традициям и творчеству своего и других народов; умение видеть прекрасное в жизни, наслаждаться красотой; стремление к самовыражению в разных видах искусства.</w:t>
      </w:r>
    </w:p>
    <w:p w14:paraId="50D60649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первоначальные представления о единстве и особенностях художественной и научной картины мира; познавательные интересы, активность, инициативность, любознательность и самостоятельность в познании.</w:t>
      </w:r>
    </w:p>
    <w:p w14:paraId="3DBBF6C9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соблюдение правил здорового и безопасного (для себя и других людей) образа жизни в окружающей среде; 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 профилактика умственного и физического утомления с использованием возможностей музыкотерапии.</w:t>
      </w:r>
    </w:p>
    <w:p w14:paraId="6EF755CF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2" w:after="0"/>
        <w:ind w:right="288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14:paraId="21A3C968" w14:textId="77777777" w:rsidR="00131ECB" w:rsidRPr="0055501B" w:rsidRDefault="00BE3D35">
      <w:pPr>
        <w:autoSpaceDE w:val="0"/>
        <w:autoSpaceDN w:val="0"/>
        <w:spacing w:before="70" w:after="0" w:line="262" w:lineRule="auto"/>
        <w:ind w:left="180" w:right="2592"/>
        <w:rPr>
          <w:lang w:val="ru-RU"/>
        </w:rPr>
      </w:pPr>
      <w:r w:rsidRPr="0055501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бережное отношение к природе; неприятие действий, приносящих ей вред.</w:t>
      </w:r>
    </w:p>
    <w:p w14:paraId="23726124" w14:textId="77777777" w:rsidR="00131ECB" w:rsidRPr="0055501B" w:rsidRDefault="00BE3D35">
      <w:pPr>
        <w:autoSpaceDE w:val="0"/>
        <w:autoSpaceDN w:val="0"/>
        <w:spacing w:before="262" w:after="0" w:line="230" w:lineRule="auto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76056B0E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66" w:after="0" w:line="271" w:lineRule="auto"/>
        <w:ind w:right="288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Метапредметные результаты освоения основной образовательной программы, формируемые при изучении предмета «Музыка»: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1. Овладение универсальными познавательными действиями.</w:t>
      </w:r>
    </w:p>
    <w:p w14:paraId="48E8F524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действия: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- сравнивать музыкальные звуки, звуковые сочетания, произведения, жанры; устанавливать основания для сравнения, объединять элементы музыкального звучания по определённому признаку;</w:t>
      </w:r>
    </w:p>
    <w:p w14:paraId="2C114610" w14:textId="77777777" w:rsidR="00131ECB" w:rsidRPr="0055501B" w:rsidRDefault="00131ECB">
      <w:pPr>
        <w:rPr>
          <w:lang w:val="ru-RU"/>
        </w:rPr>
        <w:sectPr w:rsidR="00131ECB" w:rsidRPr="0055501B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DB9A171" w14:textId="77777777" w:rsidR="00131ECB" w:rsidRPr="0055501B" w:rsidRDefault="00131ECB">
      <w:pPr>
        <w:autoSpaceDE w:val="0"/>
        <w:autoSpaceDN w:val="0"/>
        <w:spacing w:after="78" w:line="220" w:lineRule="exact"/>
        <w:rPr>
          <w:lang w:val="ru-RU"/>
        </w:rPr>
      </w:pPr>
    </w:p>
    <w:p w14:paraId="4573266B" w14:textId="77777777" w:rsidR="00131ECB" w:rsidRPr="0055501B" w:rsidRDefault="00BE3D35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- 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 др.);находить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предложенного учителем алгоритма;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- 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- устанавливать причинно-следственные связи в ситуациях музыкального восприятия и исполнения, делать выводы.</w:t>
      </w:r>
    </w:p>
    <w:p w14:paraId="6D95C3D0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исполнительских навыков;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несколько вариантов решения творческой, исполнительской задачи, выбирать наиболее подходящий (на основе предложенных критериев);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— целое,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причина — следствие);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классификации, сравнения, исследования);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258606D0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получения информации;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согласно заданному алгоритму находить в предложенном источнике информацию, представленную в явном виде;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текстовую, видео-, графическую, звуковую, информацию в соответствии с учебной задачей;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музыкальные тексты (акустические и нотные) по предложенному учителем алгоритму;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создавать схемы, таблицы для представления информации.</w:t>
      </w:r>
    </w:p>
    <w:p w14:paraId="21C023F8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коммуникативными действиями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Невербальная коммуникация: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музыку как специфическую форму общения людей, стремиться понять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эмоционально-образное содержание музыкального высказывания;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выступать перед публикой в качестве исполнителя музыки (соло или в коллективе);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6330A2BB" w14:textId="77777777" w:rsidR="00131ECB" w:rsidRPr="0055501B" w:rsidRDefault="00131ECB">
      <w:pPr>
        <w:rPr>
          <w:lang w:val="ru-RU"/>
        </w:rPr>
        <w:sectPr w:rsidR="00131ECB" w:rsidRPr="0055501B">
          <w:pgSz w:w="11900" w:h="16840"/>
          <w:pgMar w:top="298" w:right="720" w:bottom="428" w:left="666" w:header="720" w:footer="720" w:gutter="0"/>
          <w:cols w:space="720" w:equalWidth="0">
            <w:col w:w="10514" w:space="0"/>
          </w:cols>
          <w:docGrid w:linePitch="360"/>
        </w:sectPr>
      </w:pPr>
    </w:p>
    <w:p w14:paraId="5BDFBE44" w14:textId="77777777" w:rsidR="00131ECB" w:rsidRPr="0055501B" w:rsidRDefault="00131ECB">
      <w:pPr>
        <w:autoSpaceDE w:val="0"/>
        <w:autoSpaceDN w:val="0"/>
        <w:spacing w:after="78" w:line="220" w:lineRule="exact"/>
        <w:rPr>
          <w:lang w:val="ru-RU"/>
        </w:rPr>
      </w:pPr>
    </w:p>
    <w:p w14:paraId="31932AD8" w14:textId="77777777" w:rsidR="00131ECB" w:rsidRPr="0055501B" w:rsidRDefault="00BE3D35">
      <w:pPr>
        <w:tabs>
          <w:tab w:val="left" w:pos="180"/>
        </w:tabs>
        <w:autoSpaceDE w:val="0"/>
        <w:autoSpaceDN w:val="0"/>
        <w:spacing w:after="0" w:line="262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75DF68C6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Вербальная коммуникация: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 в знакомой среде;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уважительное отношение к собеседнику, соблюдать правила ведения диалога и дискуссии;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возможность существования разных точек зрения;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корректно и аргументированно высказывать своё мнение;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речевое высказывание в соответствии с поставленной задачей;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устные и письменные тексты (описание, рассуждение, повествование);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готовить небольшие публичные выступления;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подбирать иллюстративный материал (рисунки, фото, плакаты) к тексту выступления.</w:t>
      </w:r>
    </w:p>
    <w:p w14:paraId="16C358A3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88" w:lineRule="auto"/>
        <w:ind w:right="144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 (сотрудничество):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стремиться к объединению усилий, эмоциональной эмпатии в ситуациях совместного восприятия, исполнения музыки;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 выполнять свою часть работы; оценивать свой вклад в общий результат;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выполнять совместные проектные, творческие задания с опорой на предложенные образцы.</w:t>
      </w:r>
    </w:p>
    <w:p w14:paraId="5F2C1D7C" w14:textId="77777777" w:rsidR="00131ECB" w:rsidRPr="0055501B" w:rsidRDefault="00BE3D35">
      <w:pPr>
        <w:autoSpaceDE w:val="0"/>
        <w:autoSpaceDN w:val="0"/>
        <w:spacing w:before="70" w:after="0"/>
        <w:ind w:left="180" w:right="2304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Овладение универсальными регулятивными действиями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Самоорганизация: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планировать действия по решению учебной задачи для получения результата; выстраивать последовательность выбранных действий.</w:t>
      </w:r>
    </w:p>
    <w:p w14:paraId="3A7407B2" w14:textId="77777777" w:rsidR="00131ECB" w:rsidRPr="0055501B" w:rsidRDefault="00BE3D35">
      <w:pPr>
        <w:autoSpaceDE w:val="0"/>
        <w:autoSpaceDN w:val="0"/>
        <w:spacing w:before="72" w:after="0" w:line="271" w:lineRule="auto"/>
        <w:ind w:left="180" w:right="3600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Самоконтроль: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устанавливать причины успеха/неудач учебной деятельности; корректировать свои учебные действия для преодоления ошибок.</w:t>
      </w:r>
    </w:p>
    <w:p w14:paraId="105815DA" w14:textId="77777777" w:rsidR="00131ECB" w:rsidRPr="0055501B" w:rsidRDefault="00BE3D35">
      <w:pPr>
        <w:autoSpaceDE w:val="0"/>
        <w:autoSpaceDN w:val="0"/>
        <w:spacing w:before="70" w:after="0"/>
        <w:ind w:firstLine="180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 д.).</w:t>
      </w:r>
    </w:p>
    <w:p w14:paraId="1E4B0C09" w14:textId="77777777" w:rsidR="00131ECB" w:rsidRPr="0055501B" w:rsidRDefault="00BE3D35">
      <w:pPr>
        <w:autoSpaceDE w:val="0"/>
        <w:autoSpaceDN w:val="0"/>
        <w:spacing w:before="262" w:after="0" w:line="230" w:lineRule="auto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401985D1" w14:textId="77777777" w:rsidR="00131ECB" w:rsidRPr="0055501B" w:rsidRDefault="00BE3D35">
      <w:pPr>
        <w:autoSpaceDE w:val="0"/>
        <w:autoSpaceDN w:val="0"/>
        <w:spacing w:before="166" w:after="0"/>
        <w:ind w:right="144" w:firstLine="180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2E2F86E2" w14:textId="77777777" w:rsidR="00131ECB" w:rsidRPr="0055501B" w:rsidRDefault="00BE3D3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Обучающиеся, освоившие основную образовательную программу по предмету «Музыка»:</w:t>
      </w:r>
    </w:p>
    <w:p w14:paraId="70564B6A" w14:textId="77777777" w:rsidR="00131ECB" w:rsidRPr="0055501B" w:rsidRDefault="00BE3D3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с интересом занимаются музыкой, любят петь, играть на доступных музыкальных инструментах,</w:t>
      </w:r>
    </w:p>
    <w:p w14:paraId="39980E01" w14:textId="77777777" w:rsidR="00131ECB" w:rsidRPr="0055501B" w:rsidRDefault="00131ECB">
      <w:pPr>
        <w:rPr>
          <w:lang w:val="ru-RU"/>
        </w:rPr>
        <w:sectPr w:rsidR="00131ECB" w:rsidRPr="0055501B">
          <w:pgSz w:w="11900" w:h="16840"/>
          <w:pgMar w:top="298" w:right="674" w:bottom="332" w:left="666" w:header="720" w:footer="720" w:gutter="0"/>
          <w:cols w:space="720" w:equalWidth="0">
            <w:col w:w="10560" w:space="0"/>
          </w:cols>
          <w:docGrid w:linePitch="360"/>
        </w:sectPr>
      </w:pPr>
    </w:p>
    <w:p w14:paraId="195E16CE" w14:textId="77777777" w:rsidR="00131ECB" w:rsidRPr="0055501B" w:rsidRDefault="00131ECB">
      <w:pPr>
        <w:autoSpaceDE w:val="0"/>
        <w:autoSpaceDN w:val="0"/>
        <w:spacing w:after="66" w:line="220" w:lineRule="exact"/>
        <w:rPr>
          <w:lang w:val="ru-RU"/>
        </w:rPr>
      </w:pPr>
    </w:p>
    <w:p w14:paraId="499D9987" w14:textId="77777777" w:rsidR="00131ECB" w:rsidRPr="0055501B" w:rsidRDefault="00BE3D35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умеют слушать серьёзную музыку, знают правила поведения в театре, концертном зале;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сознательно стремятся к развитию своих музыкальных способностей;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 </w:t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имеют опыт восприятия, исполнения музыки разных жанров, творческой деятельности в различных смежных видах искусства;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 уважением относятся к достижениям отечественной музыкальной культуры;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стремятся к расширению своего музыкального кругозора.</w:t>
      </w:r>
    </w:p>
    <w:p w14:paraId="3E17AED4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результаты, формируемые в ходе изучения предмета «Музыка», сгруппированы по учебным модулям и должны отражать сформированность умений:</w:t>
      </w:r>
    </w:p>
    <w:p w14:paraId="2D9ACC3D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2" w:after="0" w:line="286" w:lineRule="auto"/>
        <w:ind w:right="144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«Музыка в жизни человека»: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потребностей.</w:t>
      </w:r>
    </w:p>
    <w:p w14:paraId="269A161B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 «Народная музыка России»: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на слух и называть знакомые народные музыкальные инструменты;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группировать народные музыкальные инструменты по принципу звукоизвлечения: духовые, ударные, струнные;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принадлежность музыкальных произведений и их фрагментов к композиторскому или народному творчеству;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манеру пения, инструментального исполнения, типы солистов и коллективов — народных и академических;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ритмический аккомпанемент на ударных инструментах при исполнении народной песни; </w:t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народные произведения различных жанров с сопровождением и без сопровождения; </w:t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14:paraId="004ECA67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 w:line="286" w:lineRule="auto"/>
        <w:ind w:right="288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 «Музыкальная грамота»: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звуки: шумовые и музыкальные, длинные, короткие, тихие, громкие, низкие, высокие;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изобразительные и выразительные интонации, находить признаки сходства и различия музыкальных и речевых интонаций;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принципы развития: повтор, контраст, варьирование;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значение термина «музыкальная форма», определять на слух простые музыкальные формы — двухчастную, трёхчастную и трёхчастную репризную, рондо, вариации;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ориентироваться в нотной записи в пределах певческого диапазона;</w:t>
      </w:r>
    </w:p>
    <w:p w14:paraId="69B7748F" w14:textId="77777777" w:rsidR="00131ECB" w:rsidRPr="0055501B" w:rsidRDefault="00131ECB">
      <w:pPr>
        <w:rPr>
          <w:lang w:val="ru-RU"/>
        </w:rPr>
        <w:sectPr w:rsidR="00131ECB" w:rsidRPr="0055501B">
          <w:pgSz w:w="11900" w:h="16840"/>
          <w:pgMar w:top="286" w:right="662" w:bottom="428" w:left="666" w:header="720" w:footer="720" w:gutter="0"/>
          <w:cols w:space="720" w:equalWidth="0">
            <w:col w:w="10572" w:space="0"/>
          </w:cols>
          <w:docGrid w:linePitch="360"/>
        </w:sectPr>
      </w:pPr>
    </w:p>
    <w:p w14:paraId="3DFF730F" w14:textId="77777777" w:rsidR="00131ECB" w:rsidRPr="0055501B" w:rsidRDefault="00131ECB">
      <w:pPr>
        <w:autoSpaceDE w:val="0"/>
        <w:autoSpaceDN w:val="0"/>
        <w:spacing w:after="78" w:line="220" w:lineRule="exact"/>
        <w:rPr>
          <w:lang w:val="ru-RU"/>
        </w:rPr>
      </w:pPr>
    </w:p>
    <w:p w14:paraId="0BEDD7E6" w14:textId="77777777" w:rsidR="00131ECB" w:rsidRPr="0055501B" w:rsidRDefault="00BE3D35">
      <w:pPr>
        <w:autoSpaceDE w:val="0"/>
        <w:autoSpaceDN w:val="0"/>
        <w:spacing w:after="0" w:line="262" w:lineRule="auto"/>
        <w:ind w:left="180" w:right="4464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исполнять и создавать различные ритмические рисунки; исполнять песни с простым мелодическим рисунком.</w:t>
      </w:r>
    </w:p>
    <w:p w14:paraId="3E80570A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«Классическая музыка»: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произведения классической музыки, называть автора и произведение,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исполнительский состав;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(в том числе фрагментарно, отдельными темами) сочинения композиторов-классиков; </w:t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выразительные средства, использованные композитором для создания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музыкального образа;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5C97F538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«Духовная музыка»: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характер, настроение музыкальных произведений духовной музыки, характеризовать её жизненное предназначение;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доступные образцы духовной музыки;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4CA75656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«Музыка народов мира»: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и исполнять произведения народной и композиторской музыки других стран; </w:t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на слух принадлежность народных музыкальных инструментов к группам духовых, струнных, ударно-шумовых инструментов;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 </w:t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4AA7F7C9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2" w:after="0" w:line="286" w:lineRule="auto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«Музыка театра и кино»: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и называть особенности музыкально-сценических жанров (опера, балет, оперетта, мюзикл);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отдельные номера музыкального спектакля (ария, хор, увертюра и т. д.), узнавать на слух и называть освоенные музыкальные произведения (фрагменты) и их авторов;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</w:p>
    <w:p w14:paraId="28D9ABFE" w14:textId="77777777" w:rsidR="00131ECB" w:rsidRPr="0055501B" w:rsidRDefault="00BE3D35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«Современная музыкальная культура»: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представление о разнообразии современной музыкальной культуры, стремиться к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расширению музыкального кругозора;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 и др.);</w:t>
      </w:r>
    </w:p>
    <w:p w14:paraId="41A7FE2C" w14:textId="77777777" w:rsidR="00131ECB" w:rsidRPr="0055501B" w:rsidRDefault="00131ECB">
      <w:pPr>
        <w:rPr>
          <w:lang w:val="ru-RU"/>
        </w:rPr>
        <w:sectPr w:rsidR="00131ECB" w:rsidRPr="0055501B">
          <w:pgSz w:w="11900" w:h="16840"/>
          <w:pgMar w:top="298" w:right="666" w:bottom="296" w:left="666" w:header="720" w:footer="720" w:gutter="0"/>
          <w:cols w:space="720" w:equalWidth="0">
            <w:col w:w="10568" w:space="0"/>
          </w:cols>
          <w:docGrid w:linePitch="360"/>
        </w:sectPr>
      </w:pPr>
    </w:p>
    <w:p w14:paraId="64CEC216" w14:textId="77777777" w:rsidR="00131ECB" w:rsidRPr="0055501B" w:rsidRDefault="00131ECB">
      <w:pPr>
        <w:autoSpaceDE w:val="0"/>
        <w:autoSpaceDN w:val="0"/>
        <w:spacing w:after="90" w:line="220" w:lineRule="exact"/>
        <w:rPr>
          <w:lang w:val="ru-RU"/>
        </w:rPr>
      </w:pPr>
    </w:p>
    <w:p w14:paraId="6AF8B99B" w14:textId="77777777" w:rsidR="00131ECB" w:rsidRPr="0055501B" w:rsidRDefault="00BE3D35">
      <w:pPr>
        <w:tabs>
          <w:tab w:val="left" w:pos="180"/>
        </w:tabs>
        <w:autoSpaceDE w:val="0"/>
        <w:autoSpaceDN w:val="0"/>
        <w:spacing w:after="0"/>
        <w:rPr>
          <w:lang w:val="ru-RU"/>
        </w:rPr>
      </w:pP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 </w:t>
      </w:r>
      <w:r w:rsidRPr="0055501B">
        <w:rPr>
          <w:lang w:val="ru-RU"/>
        </w:rPr>
        <w:br/>
      </w:r>
      <w:r w:rsidRPr="0055501B">
        <w:rPr>
          <w:lang w:val="ru-RU"/>
        </w:rPr>
        <w:tab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исполнять современные музыкальные произведения, соблюдая певческую культуру звука.</w:t>
      </w:r>
    </w:p>
    <w:p w14:paraId="62F55390" w14:textId="77777777" w:rsidR="00131ECB" w:rsidRPr="0055501B" w:rsidRDefault="00131ECB">
      <w:pPr>
        <w:rPr>
          <w:lang w:val="ru-RU"/>
        </w:rPr>
        <w:sectPr w:rsidR="00131ECB" w:rsidRPr="0055501B">
          <w:pgSz w:w="11900" w:h="16840"/>
          <w:pgMar w:top="310" w:right="928" w:bottom="1440" w:left="666" w:header="720" w:footer="720" w:gutter="0"/>
          <w:cols w:space="720" w:equalWidth="0">
            <w:col w:w="10306" w:space="0"/>
          </w:cols>
          <w:docGrid w:linePitch="360"/>
        </w:sectPr>
      </w:pPr>
    </w:p>
    <w:p w14:paraId="789396A6" w14:textId="77777777" w:rsidR="00131ECB" w:rsidRPr="0055501B" w:rsidRDefault="00131ECB">
      <w:pPr>
        <w:autoSpaceDE w:val="0"/>
        <w:autoSpaceDN w:val="0"/>
        <w:spacing w:after="64" w:line="220" w:lineRule="exact"/>
        <w:rPr>
          <w:lang w:val="ru-RU"/>
        </w:rPr>
      </w:pPr>
    </w:p>
    <w:p w14:paraId="51074841" w14:textId="77777777" w:rsidR="00131ECB" w:rsidRDefault="00BE3D35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406"/>
        <w:gridCol w:w="564"/>
        <w:gridCol w:w="1104"/>
        <w:gridCol w:w="1140"/>
        <w:gridCol w:w="2006"/>
        <w:gridCol w:w="1296"/>
        <w:gridCol w:w="1670"/>
        <w:gridCol w:w="2126"/>
        <w:gridCol w:w="1116"/>
        <w:gridCol w:w="2554"/>
      </w:tblGrid>
      <w:tr w:rsidR="00DB0751" w14:paraId="0B8682E9" w14:textId="77777777" w:rsidTr="00DB0751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BB976" w14:textId="77777777" w:rsidR="00DB0751" w:rsidRDefault="00DB0751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B6A12A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 w:right="276"/>
              <w:jc w:val="both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516BB3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4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9D88A5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Репертуар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0AF32E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FEAA6" w14:textId="77777777" w:rsidR="00DB0751" w:rsidRDefault="00DB0751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79D252" w14:textId="77777777" w:rsidR="00DB0751" w:rsidRDefault="00DB0751">
            <w:pPr>
              <w:autoSpaceDE w:val="0"/>
              <w:autoSpaceDN w:val="0"/>
              <w:spacing w:before="78" w:after="0" w:line="250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DB0751" w14:paraId="0330243C" w14:textId="77777777" w:rsidTr="00DB0751">
        <w:trPr>
          <w:trHeight w:hRule="exact" w:val="576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E682" w14:textId="77777777" w:rsidR="00DB0751" w:rsidRDefault="00DB0751"/>
        </w:tc>
        <w:tc>
          <w:tcPr>
            <w:tcW w:w="1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FD61A" w14:textId="77777777" w:rsidR="00DB0751" w:rsidRDefault="00DB0751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158B39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8AD324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2BFDA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16FBBE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для слушания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C47115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для пения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32E9EE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для музицирования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93F80" w14:textId="77777777" w:rsidR="00DB0751" w:rsidRDefault="00DB0751"/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CC78" w14:textId="77777777" w:rsidR="00DB0751" w:rsidRDefault="00DB0751"/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1EF8E" w14:textId="77777777" w:rsidR="00DB0751" w:rsidRDefault="00DB0751"/>
        </w:tc>
      </w:tr>
      <w:tr w:rsidR="00131ECB" w14:paraId="0FC1B593" w14:textId="77777777" w:rsidTr="00DB0751">
        <w:trPr>
          <w:trHeight w:hRule="exact" w:val="34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EAB8D5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Классическая музыка</w:t>
            </w:r>
          </w:p>
        </w:tc>
      </w:tr>
      <w:tr w:rsidR="00DB0751" w:rsidRPr="00F115E0" w14:paraId="53A37C3F" w14:textId="77777777" w:rsidTr="00DB0751">
        <w:trPr>
          <w:trHeight w:hRule="exact" w:val="227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F8BFE" w14:textId="77777777" w:rsidR="00DB0751" w:rsidRDefault="00DB075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8A3C9C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Композиторы —детям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43DC08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5CCA97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D4D8BA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8B1130" w14:textId="77777777" w:rsidR="00DB0751" w:rsidRPr="0055501B" w:rsidRDefault="00DB0751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Музыкальный мир С. С.</w:t>
            </w:r>
          </w:p>
          <w:p w14:paraId="5D1F526D" w14:textId="77777777" w:rsidR="00DB0751" w:rsidRPr="0055501B" w:rsidRDefault="00DB0751">
            <w:pPr>
              <w:autoSpaceDE w:val="0"/>
              <w:autoSpaceDN w:val="0"/>
              <w:spacing w:before="20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Прокофьева. Музыкальные произведения по выбору: С. С. Прокофьев.</w:t>
            </w:r>
          </w:p>
          <w:p w14:paraId="15AA0055" w14:textId="77777777" w:rsidR="00DB0751" w:rsidRPr="0055501B" w:rsidRDefault="00DB0751">
            <w:pPr>
              <w:autoSpaceDE w:val="0"/>
              <w:autoSpaceDN w:val="0"/>
              <w:spacing w:before="18" w:after="0" w:line="254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Симфония № 1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«Классическая» ре мажор, соч. 25, Концерт № 2 для фортепиано, балет «Ромео и Джульетта» («Улица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просыпается», «Танец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рыцарей»).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DB8376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 и слова Е. Плотниковой, исполняет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мультиКейс.</w:t>
            </w:r>
          </w:p>
          <w:p w14:paraId="414F23C1" w14:textId="77777777" w:rsidR="00DB0751" w:rsidRDefault="00DB0751">
            <w:pPr>
              <w:autoSpaceDE w:val="0"/>
              <w:autoSpaceDN w:val="0"/>
              <w:spacing w:before="18" w:after="0" w:line="250" w:lineRule="auto"/>
              <w:ind w:left="72" w:right="520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"Листвой шелестит сентябрь".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1B6D72" w14:textId="77777777" w:rsidR="00DB0751" w:rsidRPr="0055501B" w:rsidRDefault="00DB0751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Прокофьев С.С.</w:t>
            </w:r>
          </w:p>
          <w:p w14:paraId="7B426914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«Пятнашки» из цикла«Детская музыка»;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BC728A" w14:textId="77777777" w:rsidR="00DB0751" w:rsidRPr="00DB0751" w:rsidRDefault="00DB075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музыки,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основного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характера, музыкально-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выразительных средств,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использованных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композитором. </w:t>
            </w:r>
            <w:r w:rsidRPr="00DB075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Подбор </w:t>
            </w:r>
            <w:r w:rsidRPr="00DB0751">
              <w:rPr>
                <w:lang w:val="ru-RU"/>
              </w:rPr>
              <w:br/>
            </w:r>
            <w:r w:rsidRPr="00DB075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эпитетов, иллюстраций к </w:t>
            </w:r>
            <w:r w:rsidRPr="00DB0751">
              <w:rPr>
                <w:lang w:val="ru-RU"/>
              </w:rPr>
              <w:br/>
            </w:r>
            <w:r w:rsidRPr="00DB075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музыке. Определение жанра.;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831843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68D31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DB0751" w:rsidRPr="00F115E0" w14:paraId="5B8D0225" w14:textId="77777777" w:rsidTr="00DB0751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E268DC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DD8FF2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Оркестр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E81074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C0E4D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4D89D8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E168F" w14:textId="77777777" w:rsidR="00DB0751" w:rsidRPr="0055501B" w:rsidRDefault="00DB075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 симфонического оркестра. Мелодические линии и тембры сольных инструментов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симфонического оркестра. С.С. Прокофьев.</w:t>
            </w:r>
          </w:p>
          <w:p w14:paraId="21A445CA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Симфоническая сказка "Петя и волк". П.И.</w:t>
            </w:r>
          </w:p>
          <w:p w14:paraId="3616280E" w14:textId="77777777" w:rsidR="00DB0751" w:rsidRDefault="00DB0751">
            <w:pPr>
              <w:autoSpaceDE w:val="0"/>
              <w:autoSpaceDN w:val="0"/>
              <w:spacing w:before="20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Чайковский большой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симфонический оркестр.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0B7A7B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Музыка и слова Е.</w:t>
            </w:r>
          </w:p>
          <w:p w14:paraId="5266688B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Плотниковой, исполняет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мультиКейс.</w:t>
            </w:r>
          </w:p>
          <w:p w14:paraId="3DC58E9D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 w:right="520"/>
              <w:jc w:val="both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"Листвой шелестит сентябрь".</w:t>
            </w:r>
          </w:p>
          <w:p w14:paraId="5EFCE903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2. Музыка и слова А.</w:t>
            </w:r>
          </w:p>
          <w:p w14:paraId="2783F8F9" w14:textId="77777777" w:rsidR="00DB0751" w:rsidRDefault="00DB0751">
            <w:pPr>
              <w:autoSpaceDE w:val="0"/>
              <w:autoSpaceDN w:val="0"/>
              <w:spacing w:before="1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Ермолова.</w:t>
            </w:r>
          </w:p>
          <w:p w14:paraId="0CF33CFB" w14:textId="77777777" w:rsidR="00DB0751" w:rsidRDefault="00DB0751">
            <w:pPr>
              <w:autoSpaceDE w:val="0"/>
              <w:autoSpaceDN w:val="0"/>
              <w:spacing w:before="1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"Осенний блюз".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771876" w14:textId="77777777" w:rsidR="00DB0751" w:rsidRPr="0055501B" w:rsidRDefault="00DB075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Тембры музыкальных инструментов на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электронном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фортепиано.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32A8B0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музыки в исполнении оркестра.</w:t>
            </w:r>
          </w:p>
          <w:p w14:paraId="4B7E479F" w14:textId="77777777" w:rsidR="00DB0751" w:rsidRPr="0055501B" w:rsidRDefault="00DB0751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Просмотр видеозаписи.</w:t>
            </w:r>
          </w:p>
          <w:p w14:paraId="468E76F4" w14:textId="77777777" w:rsidR="00DB0751" w:rsidRPr="0055501B" w:rsidRDefault="00DB0751">
            <w:pPr>
              <w:autoSpaceDE w:val="0"/>
              <w:autoSpaceDN w:val="0"/>
              <w:spacing w:before="20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Диалог с учителем о роли дирижёра.;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«Я — дирижёр» — игра —имитация дирижёрских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жестов во время звучания музыки.;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764076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3D631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DB0751" w:rsidRPr="00F115E0" w14:paraId="6182228F" w14:textId="77777777" w:rsidTr="00DB0751">
        <w:trPr>
          <w:trHeight w:hRule="exact" w:val="35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83875" w14:textId="77777777" w:rsidR="00DB0751" w:rsidRDefault="00DB07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BAB360" w14:textId="77777777" w:rsidR="00DB0751" w:rsidRDefault="00DB0751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Русские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композиторы-классики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803FAA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175C23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367C77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19B3A" w14:textId="77777777" w:rsidR="00DB0751" w:rsidRPr="0055501B" w:rsidRDefault="00DB075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по выбору: Н. А. Римский-Корсаков.“Океан-море синее” (из оперы «Садко»); П. И.</w:t>
            </w:r>
          </w:p>
          <w:p w14:paraId="52BCCA2C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Чайковский. «Песнь жаворонка» (из цикла«Времена года»).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A4EC7A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Музыка и слова А.</w:t>
            </w:r>
          </w:p>
          <w:p w14:paraId="6510CCC6" w14:textId="77777777" w:rsidR="00DB0751" w:rsidRPr="0055501B" w:rsidRDefault="00DB0751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Ермолова.</w:t>
            </w:r>
          </w:p>
          <w:p w14:paraId="508CBA92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"Осенний блюз". 2. Музыка Б.</w:t>
            </w:r>
          </w:p>
          <w:p w14:paraId="41DE496E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Гулякова, слова К. Ибряева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"Учительница".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B3EB5D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П.И. Чайковский пьеса из цикла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«Ноябрь»/главная тема.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11AAB" w14:textId="77777777" w:rsidR="00DB0751" w:rsidRPr="0055501B" w:rsidRDefault="00DB0751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творчеством выдающихся композиторов, отдельными фактами из их биографии. Слушание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музыки. Фрагменты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вокальных,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инструментальных,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симфонических сочинений.</w:t>
            </w:r>
          </w:p>
          <w:p w14:paraId="4B78E66A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Круг характерных образов (картины природы, народной жизни, истории и т. д.).</w:t>
            </w:r>
          </w:p>
          <w:p w14:paraId="782C579B" w14:textId="77777777" w:rsidR="00DB0751" w:rsidRDefault="00DB0751">
            <w:pPr>
              <w:autoSpaceDE w:val="0"/>
              <w:autoSpaceDN w:val="0"/>
              <w:spacing w:before="20" w:after="0" w:line="252" w:lineRule="auto"/>
              <w:ind w:left="72" w:right="144"/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Характеристика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музыкальных образов,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музыкально-выразительных средств.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Наблюдение за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развитием музыки.</w:t>
            </w:r>
          </w:p>
          <w:p w14:paraId="5829D31D" w14:textId="77777777" w:rsidR="00DB0751" w:rsidRDefault="00DB0751">
            <w:pPr>
              <w:autoSpaceDE w:val="0"/>
              <w:autoSpaceDN w:val="0"/>
              <w:spacing w:before="1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Определение жанра, формы.;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4D879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418B1A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</w:tbl>
    <w:p w14:paraId="5874B80A" w14:textId="77777777" w:rsidR="00131ECB" w:rsidRPr="0055501B" w:rsidRDefault="00131ECB">
      <w:pPr>
        <w:autoSpaceDE w:val="0"/>
        <w:autoSpaceDN w:val="0"/>
        <w:spacing w:after="0" w:line="14" w:lineRule="exact"/>
        <w:rPr>
          <w:lang w:val="ru-RU"/>
        </w:rPr>
      </w:pPr>
    </w:p>
    <w:p w14:paraId="10C54DA6" w14:textId="77777777" w:rsidR="00131ECB" w:rsidRPr="0055501B" w:rsidRDefault="00131ECB">
      <w:pPr>
        <w:rPr>
          <w:lang w:val="ru-RU"/>
        </w:rPr>
        <w:sectPr w:rsidR="00131ECB" w:rsidRPr="0055501B">
          <w:pgSz w:w="16840" w:h="11900"/>
          <w:pgMar w:top="282" w:right="640" w:bottom="62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C409000" w14:textId="77777777" w:rsidR="00131ECB" w:rsidRPr="0055501B" w:rsidRDefault="00131ECB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406"/>
        <w:gridCol w:w="564"/>
        <w:gridCol w:w="1104"/>
        <w:gridCol w:w="1140"/>
        <w:gridCol w:w="2006"/>
        <w:gridCol w:w="1296"/>
        <w:gridCol w:w="1670"/>
        <w:gridCol w:w="2155"/>
        <w:gridCol w:w="1116"/>
        <w:gridCol w:w="2525"/>
      </w:tblGrid>
      <w:tr w:rsidR="00DB0751" w:rsidRPr="00F115E0" w14:paraId="67BEFBA6" w14:textId="77777777" w:rsidTr="00DB0751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140C4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7E8748" w14:textId="77777777" w:rsidR="00DB0751" w:rsidRDefault="00DB0751">
            <w:pPr>
              <w:autoSpaceDE w:val="0"/>
              <w:autoSpaceDN w:val="0"/>
              <w:spacing w:before="78" w:after="0" w:line="245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Мастерство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исполнителя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189419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64CBC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EAB757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865C9" w14:textId="0261555C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В.А, Моцарт. Менуэт. Симфония № 40.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B5C07D" w14:textId="77777777" w:rsidR="00DB0751" w:rsidRPr="0055501B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Музыка Б.</w:t>
            </w:r>
          </w:p>
          <w:p w14:paraId="45A6479D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Гулякова, слова К. Ибряева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"Учительница".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162176" w14:textId="77777777" w:rsidR="00DB0751" w:rsidRPr="0055501B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В.А. Моцарт.</w:t>
            </w:r>
          </w:p>
          <w:p w14:paraId="470E7406" w14:textId="77777777" w:rsidR="00DB0751" w:rsidRPr="0055501B" w:rsidRDefault="00DB0751">
            <w:pPr>
              <w:autoSpaceDE w:val="0"/>
              <w:autoSpaceDN w:val="0"/>
              <w:spacing w:before="20" w:after="0" w:line="230" w:lineRule="auto"/>
              <w:jc w:val="center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Менуэт/главная тема.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138ACA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Дискуссия на тему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«Композитор —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исполнитель — слушатель».;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C05049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D4BF62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DB0751" w:rsidRPr="00F115E0" w14:paraId="4E9F253A" w14:textId="77777777" w:rsidTr="00DB0751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C90279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09667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Вокальная музыка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46BAF8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7F95DC" w14:textId="1C5A7B42" w:rsidR="00DB0751" w:rsidRPr="004C6A49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A4E39F" w14:textId="58D33FC6" w:rsidR="00DB0751" w:rsidRPr="00EC7278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BD4EA2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Вокализ. Детский хор. С.В. Рахманинов.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E9111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Вокализ 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тональности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dur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900872" w14:textId="77777777" w:rsidR="00DB0751" w:rsidRPr="0055501B" w:rsidRDefault="00DB075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Песни для детей с вокализами 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мажорных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тональностях.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311C81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жанрами вокальной музыки.</w:t>
            </w:r>
          </w:p>
          <w:p w14:paraId="4B1F6DF5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вокальных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произведений композиторов-классиков.;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CA3BD4" w14:textId="56375AFB" w:rsidR="00DB0751" w:rsidRPr="00EC7278" w:rsidRDefault="00DB0751" w:rsidP="004C6A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65F61A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393CC38F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3FD7C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04899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EE0B86" w14:textId="77777777" w:rsidR="00131ECB" w:rsidRDefault="00131ECB"/>
        </w:tc>
      </w:tr>
      <w:tr w:rsidR="00131ECB" w:rsidRPr="00F115E0" w14:paraId="57399887" w14:textId="77777777" w:rsidTr="00DB0751">
        <w:trPr>
          <w:trHeight w:hRule="exact" w:val="34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272169" w14:textId="77777777" w:rsidR="00131ECB" w:rsidRPr="0055501B" w:rsidRDefault="00BE3D3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Модуль 2. </w:t>
            </w:r>
            <w:r w:rsidRPr="005550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Музыка театра и кино</w:t>
            </w:r>
          </w:p>
        </w:tc>
      </w:tr>
      <w:tr w:rsidR="00DB0751" w:rsidRPr="00F115E0" w14:paraId="4C155451" w14:textId="77777777" w:rsidTr="00DB0751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D55B9" w14:textId="77777777" w:rsidR="00DB0751" w:rsidRDefault="00DB07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E7C83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Театр оперы и балета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B936A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343F0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1246BF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30F145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Опера и балет 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музыкальном театре.</w:t>
            </w:r>
          </w:p>
          <w:p w14:paraId="4DA49C69" w14:textId="77777777" w:rsidR="00DB0751" w:rsidRPr="0055501B" w:rsidRDefault="00DB0751">
            <w:pPr>
              <w:autoSpaceDE w:val="0"/>
              <w:autoSpaceDN w:val="0"/>
              <w:spacing w:before="18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по выбору: П. И. Чайковский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«Щелкунчик», К.</w:t>
            </w:r>
          </w:p>
          <w:p w14:paraId="3F1158C3" w14:textId="77777777" w:rsidR="00DB0751" w:rsidRPr="0055501B" w:rsidRDefault="00DB0751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Хачатурян «Чиполлино»; С. Прокофьев. «Золушка», М.В. Коваль Опера "Волк и семеро козлят".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87165F" w14:textId="77777777" w:rsidR="00DB0751" w:rsidRPr="0055501B" w:rsidRDefault="00DB075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Музыка Б.</w:t>
            </w:r>
          </w:p>
          <w:p w14:paraId="3471F2B5" w14:textId="77777777" w:rsidR="00DB0751" w:rsidRPr="0055501B" w:rsidRDefault="00DB0751">
            <w:pPr>
              <w:autoSpaceDE w:val="0"/>
              <w:autoSpaceDN w:val="0"/>
              <w:spacing w:before="18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Гулякова, слова К. Ибряева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"Учительница".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8EC70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С.С. Прокофьев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"Золушка" /главная тема.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A34651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со знаменитыми музыкальными театрами.</w:t>
            </w:r>
          </w:p>
          <w:p w14:paraId="5FCD657E" w14:textId="77777777" w:rsidR="00DB0751" w:rsidRDefault="00DB0751">
            <w:pPr>
              <w:autoSpaceDE w:val="0"/>
              <w:autoSpaceDN w:val="0"/>
              <w:spacing w:before="18" w:after="0" w:line="254" w:lineRule="auto"/>
              <w:ind w:left="72" w:right="144"/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Просмотр фрагментов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музыкальных спектаклей с комментариями учителя.; Определение особенностей балетного и оперного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спектакля.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Тесты или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кроссворды на освоение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специальных терминов.;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BB8B55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DD1FAE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0C2CF2E9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5075CC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C41329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1FF5FE" w14:textId="77777777" w:rsidR="00131ECB" w:rsidRDefault="00131ECB"/>
        </w:tc>
      </w:tr>
      <w:tr w:rsidR="00131ECB" w14:paraId="56EB9445" w14:textId="77777777" w:rsidTr="00DB0751">
        <w:trPr>
          <w:trHeight w:hRule="exact" w:val="434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6F7BC2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3.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Музыкальная грамота</w:t>
            </w:r>
          </w:p>
        </w:tc>
      </w:tr>
      <w:tr w:rsidR="00DB0751" w:rsidRPr="00F115E0" w14:paraId="2D41BC55" w14:textId="77777777" w:rsidTr="00DB0751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A41042" w14:textId="77777777" w:rsidR="00DB0751" w:rsidRDefault="00DB07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106ABF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Звукоряд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C1920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BC9E4B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116987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0A486A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Фортепианный звукоряд вверх и вниз.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90BAF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 Песенка про нотный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звукоряд. А.</w:t>
            </w:r>
          </w:p>
          <w:p w14:paraId="4C92181B" w14:textId="77777777" w:rsidR="00DB0751" w:rsidRPr="0055501B" w:rsidRDefault="00DB0751">
            <w:pPr>
              <w:autoSpaceDE w:val="0"/>
              <w:autoSpaceDN w:val="0"/>
              <w:spacing w:before="18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Александровой. 2. Музыка Е.</w:t>
            </w:r>
          </w:p>
          <w:p w14:paraId="1BB3B45A" w14:textId="77777777" w:rsidR="00DB0751" w:rsidRPr="0055501B" w:rsidRDefault="00DB0751">
            <w:pPr>
              <w:autoSpaceDE w:val="0"/>
              <w:autoSpaceDN w:val="0"/>
              <w:spacing w:before="18" w:after="0" w:line="250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Зарицкой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"Росиночка -Россия".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AB3CA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Песенка о звукоряде. Р. Роджерса.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FDED48" w14:textId="77777777" w:rsidR="00DB0751" w:rsidRPr="0055501B" w:rsidRDefault="00DB075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элементами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нотной записи. Различение по нотной записи,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на слух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звукоряда в отличие от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других последовательностей звуков.;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84B606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80055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DB0751" w:rsidRPr="00F115E0" w14:paraId="0F853EB1" w14:textId="77777777" w:rsidTr="00DB0751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E2E198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F56075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Ритм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232FC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EAB626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5AD063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F90DC1" w14:textId="143AE26B" w:rsidR="00DB0751" w:rsidRPr="0055501B" w:rsidRDefault="00DB075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М. П. Мусоргский из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сборника пьес “Картинки с выставки”. Капельки», В. Павленко, Э. Богдановой.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169E6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Гимн России. Музыка А.</w:t>
            </w:r>
          </w:p>
          <w:p w14:paraId="2F986CA8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Александрова, слова С.</w:t>
            </w:r>
          </w:p>
          <w:p w14:paraId="058D232E" w14:textId="77777777" w:rsidR="00DB0751" w:rsidRDefault="00DB0751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Михалкова.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8B4D64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Ритмические поппури.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E23C2F" w14:textId="77777777" w:rsidR="00DB0751" w:rsidRPr="0055501B" w:rsidRDefault="00DB075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на слух,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прослеживание по нотной записи ритмических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рисунков, состоящих из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различных длительностей и пауз.;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2BC2AC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81408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</w:tbl>
    <w:p w14:paraId="05C2C03B" w14:textId="77777777" w:rsidR="00131ECB" w:rsidRPr="0055501B" w:rsidRDefault="00131ECB">
      <w:pPr>
        <w:autoSpaceDE w:val="0"/>
        <w:autoSpaceDN w:val="0"/>
        <w:spacing w:after="0" w:line="14" w:lineRule="exact"/>
        <w:rPr>
          <w:lang w:val="ru-RU"/>
        </w:rPr>
      </w:pPr>
    </w:p>
    <w:p w14:paraId="1B554631" w14:textId="77777777" w:rsidR="00131ECB" w:rsidRPr="0055501B" w:rsidRDefault="00131ECB">
      <w:pPr>
        <w:rPr>
          <w:lang w:val="ru-RU"/>
        </w:rPr>
        <w:sectPr w:rsidR="00131ECB" w:rsidRPr="0055501B">
          <w:pgSz w:w="16840" w:h="11900"/>
          <w:pgMar w:top="284" w:right="640" w:bottom="136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1728677" w14:textId="77777777" w:rsidR="00131ECB" w:rsidRPr="0055501B" w:rsidRDefault="00131ECB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406"/>
        <w:gridCol w:w="564"/>
        <w:gridCol w:w="1104"/>
        <w:gridCol w:w="1140"/>
        <w:gridCol w:w="2006"/>
        <w:gridCol w:w="1296"/>
        <w:gridCol w:w="1670"/>
        <w:gridCol w:w="2126"/>
        <w:gridCol w:w="1116"/>
        <w:gridCol w:w="2554"/>
      </w:tblGrid>
      <w:tr w:rsidR="00DB0751" w:rsidRPr="00F115E0" w14:paraId="520976C4" w14:textId="77777777" w:rsidTr="00DB0751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9D53B5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A0FD60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Размер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535AC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88F39C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65F44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B1AB5D" w14:textId="77777777" w:rsidR="00DB0751" w:rsidRPr="0055501B" w:rsidRDefault="00DB0751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по выбору: М. П. Мусоргский. Сюита«Картинки с выставки» (в оркестровке М. Равеля); М. Глинка. «Патриотическая песня»; П. И. Чайковский.</w:t>
            </w:r>
          </w:p>
          <w:p w14:paraId="5907EBC5" w14:textId="77777777" w:rsidR="00DB0751" w:rsidRPr="0055501B" w:rsidRDefault="00DB0751">
            <w:pPr>
              <w:autoSpaceDE w:val="0"/>
              <w:autoSpaceDN w:val="0"/>
              <w:spacing w:before="20" w:after="0" w:line="252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Первый концерт для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фортепиано с оркестром (1 часть), С. В. Рахманинов.«Вокализ», Второй концерт для фортепиано с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оркестром (начало).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ECCE5E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Гимн России. Музыка А.</w:t>
            </w:r>
          </w:p>
          <w:p w14:paraId="5AB5B1E8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Александрова, слова С.</w:t>
            </w:r>
          </w:p>
          <w:p w14:paraId="0776EF3F" w14:textId="77777777" w:rsidR="00DB0751" w:rsidRDefault="00DB0751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Михалкова.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C4EED1" w14:textId="77777777" w:rsidR="00DB0751" w:rsidRPr="0055501B" w:rsidRDefault="00DB075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М.П. Мусоргский. Сюита "Картинки с выставки/главная тема.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22465B" w14:textId="77777777" w:rsidR="00DB0751" w:rsidRPr="0055501B" w:rsidRDefault="00DB075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Ритмические упражнения на ровную пульсацию,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выделение сильных долей в размерах 2/4, 3/4, 4/4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(звучащими жестами или на ударных инструментах).;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на слух, по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нотной записи размеров 2/4, 3/4, 4/4.;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F2014D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28C48F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DB0751" w:rsidRPr="00F115E0" w14:paraId="01F5E527" w14:textId="77777777" w:rsidTr="00DB0751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1E2EB8" w14:textId="77777777" w:rsidR="00DB0751" w:rsidRDefault="00DB07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F329CD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Высота звуков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778F5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0846E3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946448" w14:textId="28E35B43" w:rsidR="00DB0751" w:rsidRPr="00B11D6D" w:rsidRDefault="00DB075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7F4B2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jc w:val="center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Высота звуков в мажорных и минорных тональностях.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D34900" w14:textId="77777777" w:rsidR="00DB0751" w:rsidRDefault="00DB0751">
            <w:pPr>
              <w:autoSpaceDE w:val="0"/>
              <w:autoSpaceDN w:val="0"/>
              <w:spacing w:before="76" w:after="0" w:line="250" w:lineRule="auto"/>
              <w:ind w:left="72" w:right="144"/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 и слова А. Ермолова. 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"Новый год" и "Снежинки".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4540D" w14:textId="77777777" w:rsidR="00DB0751" w:rsidRPr="0055501B" w:rsidRDefault="00DB075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- игра на электронном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фортепиано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различных звуков в разных регистрах.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B52E6E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Освоение понятий «выше-ниже». Определение на слух принадлежности звуков к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одному из регистров.</w:t>
            </w:r>
          </w:p>
          <w:p w14:paraId="06C2F09B" w14:textId="77777777" w:rsidR="00DB0751" w:rsidRPr="0055501B" w:rsidRDefault="00DB0751">
            <w:pPr>
              <w:autoSpaceDE w:val="0"/>
              <w:autoSpaceDN w:val="0"/>
              <w:spacing w:before="18" w:after="0" w:line="252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Прослеживание по нотной записи отдельных мотивов, фрагментов знакомых песен, вычленение знакомых нот, знаков альтерации.;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73B6EC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  <w:p w14:paraId="7F951816" w14:textId="3530EAA4" w:rsidR="00DB0751" w:rsidRPr="00EC7278" w:rsidRDefault="00DB07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CA0386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758E5C2B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64C8DB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A628A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22FE9B" w14:textId="77777777" w:rsidR="00131ECB" w:rsidRDefault="00131ECB"/>
        </w:tc>
      </w:tr>
      <w:tr w:rsidR="00131ECB" w:rsidRPr="00F115E0" w14:paraId="5CEE8DD5" w14:textId="77777777" w:rsidTr="00DB0751">
        <w:trPr>
          <w:trHeight w:hRule="exact" w:val="34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72D1FB" w14:textId="77777777" w:rsidR="00131ECB" w:rsidRPr="0055501B" w:rsidRDefault="00BE3D3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Модуль 4. </w:t>
            </w:r>
            <w:r w:rsidRPr="005550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Музыка в жизни человека</w:t>
            </w:r>
          </w:p>
        </w:tc>
      </w:tr>
      <w:tr w:rsidR="00DB0751" w:rsidRPr="00F115E0" w14:paraId="28436CBD" w14:textId="77777777" w:rsidTr="00DB0751">
        <w:trPr>
          <w:trHeight w:hRule="exact" w:val="246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403C3" w14:textId="77777777" w:rsidR="00DB0751" w:rsidRDefault="00DB075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D13271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пейзажи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891AC1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D421B2" w14:textId="3227D7FF" w:rsidR="00DB0751" w:rsidRPr="004C6A49" w:rsidRDefault="00DB0751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1DA3B9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1EC600" w14:textId="77777777" w:rsidR="00DB0751" w:rsidRPr="0055501B" w:rsidRDefault="00DB0751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М. П. Мусоргский.</w:t>
            </w:r>
          </w:p>
          <w:p w14:paraId="1A9EC704" w14:textId="77777777" w:rsidR="00DB0751" w:rsidRDefault="00DB0751">
            <w:pPr>
              <w:autoSpaceDE w:val="0"/>
              <w:autoSpaceDN w:val="0"/>
              <w:spacing w:before="20" w:after="0" w:line="250" w:lineRule="auto"/>
              <w:ind w:left="72"/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«Картинки с выставки»;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 Г. Гладкова, слова А. Кушнера.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«Песня 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картинах».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45B633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Музыка и слова А.</w:t>
            </w:r>
          </w:p>
          <w:p w14:paraId="056BA2E4" w14:textId="77777777" w:rsidR="00DB0751" w:rsidRPr="0055501B" w:rsidRDefault="00DB0751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Ермолова.</w:t>
            </w:r>
          </w:p>
          <w:p w14:paraId="0D54A893" w14:textId="77777777" w:rsidR="00DB0751" w:rsidRPr="0055501B" w:rsidRDefault="00DB0751">
            <w:pPr>
              <w:autoSpaceDE w:val="0"/>
              <w:autoSpaceDN w:val="0"/>
              <w:spacing w:before="18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"Новый год" и "Снежинки".</w:t>
            </w:r>
          </w:p>
          <w:p w14:paraId="03D3B52C" w14:textId="402FFAA1" w:rsidR="00DB0751" w:rsidRPr="0055501B" w:rsidRDefault="00DB0751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 "Песня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друзей". Ничего на свете лучше нету. Музыка: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Геннадия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Гладкова, слова: Ю. Энтина.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D9FB13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 Г. Гладкова, слова А. Кушнера.</w:t>
            </w:r>
          </w:p>
          <w:p w14:paraId="2481FA8B" w14:textId="77777777" w:rsidR="00DB0751" w:rsidRPr="0055501B" w:rsidRDefault="00DB0751">
            <w:pPr>
              <w:autoSpaceDE w:val="0"/>
              <w:autoSpaceDN w:val="0"/>
              <w:spacing w:before="18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«Песня 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картинах»/главная музыкальная мысль композитора.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4ABA9B" w14:textId="77777777" w:rsidR="00DB0751" w:rsidRPr="0055501B" w:rsidRDefault="00DB075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произведений программной музыки,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посвящённой образам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природы. Подбор эпитетов для описания настроения, характера музыки.</w:t>
            </w:r>
          </w:p>
          <w:p w14:paraId="1CE59B36" w14:textId="77777777" w:rsidR="00DB0751" w:rsidRPr="0055501B" w:rsidRDefault="00DB0751">
            <w:pPr>
              <w:autoSpaceDE w:val="0"/>
              <w:autoSpaceDN w:val="0"/>
              <w:spacing w:before="18" w:after="0" w:line="252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Сопоставление музыки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произведениями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изобразительного искусства.; Двигательная импровизация, пластическое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интонирование.;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0245C" w14:textId="750F267A" w:rsidR="00DB0751" w:rsidRPr="004C6A49" w:rsidRDefault="00DB07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Контрольная работа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FFAAAC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711BE9BF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AF69D9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7C85D9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278B67" w14:textId="77777777" w:rsidR="00131ECB" w:rsidRDefault="00131ECB"/>
        </w:tc>
      </w:tr>
      <w:tr w:rsidR="00131ECB" w14:paraId="67B427A2" w14:textId="77777777" w:rsidTr="00DB0751">
        <w:trPr>
          <w:trHeight w:hRule="exact" w:val="34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E343FD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Народная музыка России</w:t>
            </w:r>
          </w:p>
        </w:tc>
      </w:tr>
      <w:tr w:rsidR="00DB0751" w:rsidRPr="00F115E0" w14:paraId="5F382E26" w14:textId="77777777" w:rsidTr="00DB0751">
        <w:trPr>
          <w:trHeight w:hRule="exact" w:val="2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61732F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8C72D2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Край, в котором ты живёшь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1DA43A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3218EA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2ACAA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6BFB6" w14:textId="77777777" w:rsidR="00DB0751" w:rsidRPr="0055501B" w:rsidRDefault="00DB075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Народные музыкальные традиции. Музыкальные произведения по выбору: детский фольклорный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ансамбль «Зоренька»,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Государственный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академический русский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народный хор имени М. Е.</w:t>
            </w:r>
          </w:p>
          <w:p w14:paraId="7E858DAB" w14:textId="77777777" w:rsidR="00DB0751" w:rsidRPr="0055501B" w:rsidRDefault="00DB0751">
            <w:pPr>
              <w:autoSpaceDE w:val="0"/>
              <w:autoSpaceDN w:val="0"/>
              <w:spacing w:before="18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Пятницкого. «Вдоль по улице широкой».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98D02E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Слова и музыка А.</w:t>
            </w:r>
          </w:p>
          <w:p w14:paraId="557766AD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Вербицкого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"Мой Сахалин".</w:t>
            </w:r>
          </w:p>
          <w:p w14:paraId="60AADF40" w14:textId="77777777" w:rsidR="00DB0751" w:rsidRPr="0055501B" w:rsidRDefault="00DB0751">
            <w:pPr>
              <w:autoSpaceDE w:val="0"/>
              <w:autoSpaceDN w:val="0"/>
              <w:spacing w:before="18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2. Слова и музыка В.</w:t>
            </w:r>
          </w:p>
          <w:p w14:paraId="16438361" w14:textId="77777777" w:rsidR="00DB0751" w:rsidRPr="0055501B" w:rsidRDefault="00DB0751">
            <w:pPr>
              <w:autoSpaceDE w:val="0"/>
              <w:autoSpaceDN w:val="0"/>
              <w:spacing w:before="18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Шемтюка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"Рождество".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13CDA5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песня И. Николаева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"Человек влюблённый в Сахалин".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5616A" w14:textId="77777777" w:rsidR="00DB0751" w:rsidRPr="0055501B" w:rsidRDefault="00DB075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Разучивание, исполнение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образцов традиционного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фольклора своей местности, песен, посвящённых своей малой родине, песен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композиторов-земляков.;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6F5BF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2EA335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</w:tbl>
    <w:p w14:paraId="094F586D" w14:textId="77777777" w:rsidR="00131ECB" w:rsidRPr="0055501B" w:rsidRDefault="00131ECB">
      <w:pPr>
        <w:autoSpaceDE w:val="0"/>
        <w:autoSpaceDN w:val="0"/>
        <w:spacing w:after="0" w:line="14" w:lineRule="exact"/>
        <w:rPr>
          <w:lang w:val="ru-RU"/>
        </w:rPr>
      </w:pPr>
    </w:p>
    <w:p w14:paraId="4400014C" w14:textId="77777777" w:rsidR="00131ECB" w:rsidRPr="0055501B" w:rsidRDefault="00131ECB">
      <w:pPr>
        <w:rPr>
          <w:lang w:val="ru-RU"/>
        </w:rPr>
        <w:sectPr w:rsidR="00131ECB" w:rsidRPr="0055501B">
          <w:pgSz w:w="16840" w:h="11900"/>
          <w:pgMar w:top="284" w:right="640" w:bottom="42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F3EA730" w14:textId="77777777" w:rsidR="00131ECB" w:rsidRPr="0055501B" w:rsidRDefault="00131ECB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406"/>
        <w:gridCol w:w="564"/>
        <w:gridCol w:w="1104"/>
        <w:gridCol w:w="1140"/>
        <w:gridCol w:w="2006"/>
        <w:gridCol w:w="1296"/>
        <w:gridCol w:w="1670"/>
        <w:gridCol w:w="2126"/>
        <w:gridCol w:w="1116"/>
        <w:gridCol w:w="2554"/>
      </w:tblGrid>
      <w:tr w:rsidR="00DB0751" w:rsidRPr="00F115E0" w14:paraId="2E03CA4E" w14:textId="77777777" w:rsidTr="00DB0751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A0A977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20994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Сказки, мифы и легенды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865A51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43B077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5934E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80FB84" w14:textId="77777777" w:rsidR="00DB0751" w:rsidRPr="0055501B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Мотив, напев, наигрыш.</w:t>
            </w:r>
          </w:p>
          <w:p w14:paraId="2F3DCB40" w14:textId="77777777" w:rsidR="00DB0751" w:rsidRPr="0055501B" w:rsidRDefault="00DB0751">
            <w:pPr>
              <w:autoSpaceDE w:val="0"/>
              <w:autoSpaceDN w:val="0"/>
              <w:spacing w:before="20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по выбору: плясовые наигрыши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«Камаринская», «Светит месяц»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B16FC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Слова и музыка А.</w:t>
            </w:r>
          </w:p>
          <w:p w14:paraId="6E9DBF59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Вербицкого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"Мой Сахалин".</w:t>
            </w:r>
          </w:p>
          <w:p w14:paraId="34C2B8A3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2. Слова и музыка В.</w:t>
            </w:r>
          </w:p>
          <w:p w14:paraId="2D321012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Шемтюка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"Рождество".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9F479F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р.н.п. "Светит месяц" -главная тема/игра на инструменте.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561E66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right="432"/>
              <w:jc w:val="center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манерой сказывания нараспев.</w:t>
            </w:r>
          </w:p>
          <w:p w14:paraId="3BD8E933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сказок, былин, эпических сказаний,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рассказываемых нараспев.;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772192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4FA1EC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DB0751" w:rsidRPr="00F115E0" w14:paraId="0EEB89D1" w14:textId="77777777" w:rsidTr="00DB0751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74D7A5" w14:textId="77777777" w:rsidR="00DB0751" w:rsidRDefault="00DB075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1AF75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Фольклор народов России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4DF2B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6228EB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C8B755" w14:textId="78EB319F" w:rsidR="00DB0751" w:rsidRPr="00EC7278" w:rsidRDefault="00DB0751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2E0A4D" w14:textId="77777777" w:rsidR="00DB0751" w:rsidRPr="0055501B" w:rsidRDefault="00DB075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Народные музыкальные традиции. Музыкальные произведения по выбору: детский фольклорный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ансамбль «Зоренька»,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Государственный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академический русский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народный хор имени М. Е.</w:t>
            </w:r>
          </w:p>
          <w:p w14:paraId="1C4DFE52" w14:textId="77777777" w:rsidR="00DB0751" w:rsidRPr="0055501B" w:rsidRDefault="00DB0751">
            <w:pPr>
              <w:autoSpaceDE w:val="0"/>
              <w:autoSpaceDN w:val="0"/>
              <w:spacing w:before="18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Пятницкого. «Вдоль по улице широкой».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225B2A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Слова и музыка А. Ермолова.</w:t>
            </w:r>
          </w:p>
          <w:p w14:paraId="7C10501E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Песня "Про папу".</w:t>
            </w:r>
          </w:p>
          <w:p w14:paraId="18DE8477" w14:textId="77777777" w:rsidR="00DB0751" w:rsidRPr="0055501B" w:rsidRDefault="00DB0751">
            <w:pPr>
              <w:autoSpaceDE w:val="0"/>
              <w:autoSpaceDN w:val="0"/>
              <w:spacing w:before="18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Слова и музыка А. Ермолова.</w:t>
            </w:r>
          </w:p>
          <w:p w14:paraId="2B8C7C8F" w14:textId="77777777" w:rsidR="00DB0751" w:rsidRDefault="00DB0751">
            <w:pPr>
              <w:autoSpaceDE w:val="0"/>
              <w:autoSpaceDN w:val="0"/>
              <w:spacing w:before="1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Песня "Мой дед".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933DAF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Потешки, прибаутки.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EF72BB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особенностями музыкального фольклора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различных народностей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Российской Федерации.</w:t>
            </w:r>
          </w:p>
          <w:p w14:paraId="101142E2" w14:textId="77777777" w:rsidR="00DB0751" w:rsidRPr="0055501B" w:rsidRDefault="00DB0751">
            <w:pPr>
              <w:autoSpaceDE w:val="0"/>
              <w:autoSpaceDN w:val="0"/>
              <w:spacing w:before="18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характерных черт, характеристика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типичных элементов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музыкального языка (ритм, лад, интонации).;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1D963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  <w:p w14:paraId="013F8E81" w14:textId="40A459EC" w:rsidR="00DB0751" w:rsidRPr="00EC7278" w:rsidRDefault="00DB07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4A9964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1C656EF3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2D8EF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194A00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8C18A" w14:textId="77777777" w:rsidR="00131ECB" w:rsidRDefault="00131ECB"/>
        </w:tc>
      </w:tr>
      <w:tr w:rsidR="00131ECB" w14:paraId="0AE5BC99" w14:textId="77777777" w:rsidTr="00DB0751">
        <w:trPr>
          <w:trHeight w:hRule="exact" w:val="34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E335F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Музыкальная грамота</w:t>
            </w:r>
          </w:p>
        </w:tc>
      </w:tr>
      <w:tr w:rsidR="00DB0751" w:rsidRPr="00F115E0" w14:paraId="38672D56" w14:textId="77777777" w:rsidTr="00DB0751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10171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2106F2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Ноты в разных октавах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442EA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7CC0B" w14:textId="5FD2A079" w:rsidR="00DB0751" w:rsidRPr="004C6A49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3BB54F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78685" w14:textId="77777777" w:rsidR="00DB0751" w:rsidRPr="0055501B" w:rsidRDefault="00DB075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нот в первой и второй октавах на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музыкальном инструменте и в записи.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06897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Песня «До, ре, ми, фа, соль».</w:t>
            </w:r>
          </w:p>
          <w:p w14:paraId="3D19659D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2. Слова и музыка А.</w:t>
            </w:r>
          </w:p>
          <w:p w14:paraId="125BFC26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Ермолова. Песня "Про папу".</w:t>
            </w:r>
          </w:p>
          <w:p w14:paraId="6DE4F58D" w14:textId="77777777" w:rsidR="00DB0751" w:rsidRPr="0055501B" w:rsidRDefault="00DB0751">
            <w:pPr>
              <w:autoSpaceDE w:val="0"/>
              <w:autoSpaceDN w:val="0"/>
              <w:spacing w:before="18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3. Слова и музыка А.</w:t>
            </w:r>
          </w:p>
          <w:p w14:paraId="03AD0176" w14:textId="77777777" w:rsidR="00DB0751" w:rsidRDefault="00DB0751">
            <w:pPr>
              <w:autoSpaceDE w:val="0"/>
              <w:autoSpaceDN w:val="0"/>
              <w:spacing w:before="1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Ермолова. Песня "Мой дед".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1DBA40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отрывок "Тема Пети»из музыкальной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сказки С.С.</w:t>
            </w:r>
          </w:p>
          <w:p w14:paraId="527EED6F" w14:textId="77777777" w:rsidR="00DB0751" w:rsidRDefault="00DB0751">
            <w:pPr>
              <w:autoSpaceDE w:val="0"/>
              <w:autoSpaceDN w:val="0"/>
              <w:spacing w:before="20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Прокофьева «Петя и волк.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816A88" w14:textId="77777777" w:rsidR="00DB0751" w:rsidRPr="0055501B" w:rsidRDefault="00DB075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Сравнение одной и той же мелодии, записанной 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разных октавах.;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на слух, 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какой октаве звучит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музыкальный фрагмент.;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E0B874" w14:textId="0DBF4389" w:rsidR="00DB0751" w:rsidRPr="004C6A49" w:rsidRDefault="00DB07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Контрольная работа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10F3D6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7713A982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4318DA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D5084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A6B251" w14:textId="77777777" w:rsidR="00131ECB" w:rsidRDefault="00131ECB"/>
        </w:tc>
      </w:tr>
      <w:tr w:rsidR="00131ECB" w14:paraId="62BC7DFC" w14:textId="77777777" w:rsidTr="00DB0751">
        <w:trPr>
          <w:trHeight w:hRule="exact" w:val="34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5AE97F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7.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 народов мира</w:t>
            </w:r>
          </w:p>
        </w:tc>
      </w:tr>
      <w:tr w:rsidR="00DB0751" w:rsidRPr="00F115E0" w14:paraId="27E763A9" w14:textId="77777777" w:rsidTr="00DB0751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3A0602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057648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 Средней Азии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79639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6B0277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4A6F83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4DE17" w14:textId="77777777" w:rsidR="00DB0751" w:rsidRPr="0055501B" w:rsidRDefault="00DB075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Таджикская народная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песня «Хлопок». Узбекская народная песня-танец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«Мавриги».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E8E89A" w14:textId="77777777" w:rsidR="00DB0751" w:rsidRPr="0055501B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Мы вместе.</w:t>
            </w:r>
          </w:p>
          <w:p w14:paraId="32304A64" w14:textId="77777777" w:rsidR="00DB0751" w:rsidRPr="0055501B" w:rsidRDefault="00DB0751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Муз. и сл. К.</w:t>
            </w:r>
          </w:p>
          <w:p w14:paraId="01A2AE48" w14:textId="77777777" w:rsidR="00DB0751" w:rsidRPr="0055501B" w:rsidRDefault="00DB0751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Ситник.</w:t>
            </w:r>
          </w:p>
          <w:p w14:paraId="5904AC5D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2. Вместе мы с тобой. Муз и сл. А. Ермолова.</w:t>
            </w:r>
          </w:p>
          <w:p w14:paraId="23554C12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3. Слова и музыка О.</w:t>
            </w:r>
          </w:p>
          <w:p w14:paraId="1A541D24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Осиповой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"Улыбка мамы".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EEB650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Ф. Бахор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«Мараканда».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9CF14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особенностями музыкального фольклора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народов других стран.</w:t>
            </w:r>
          </w:p>
          <w:p w14:paraId="6DAA1B8A" w14:textId="77777777" w:rsidR="00DB0751" w:rsidRPr="0055501B" w:rsidRDefault="00DB0751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Определение характерных черт, типичных элементов музыкального языка (ритм, лад, интонации).;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EF5EEA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19127F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5D3D6995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715D8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3DFC4D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4E120" w14:textId="77777777" w:rsidR="00131ECB" w:rsidRDefault="00131ECB"/>
        </w:tc>
      </w:tr>
      <w:tr w:rsidR="00131ECB" w14:paraId="12A302EC" w14:textId="77777777" w:rsidTr="00DB0751">
        <w:trPr>
          <w:trHeight w:hRule="exact" w:val="32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8549E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8.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Классическая музыка</w:t>
            </w:r>
          </w:p>
        </w:tc>
      </w:tr>
    </w:tbl>
    <w:p w14:paraId="12B3E331" w14:textId="77777777" w:rsidR="00131ECB" w:rsidRDefault="00131ECB">
      <w:pPr>
        <w:autoSpaceDE w:val="0"/>
        <w:autoSpaceDN w:val="0"/>
        <w:spacing w:after="0" w:line="14" w:lineRule="exact"/>
      </w:pPr>
    </w:p>
    <w:p w14:paraId="1A1F7EE8" w14:textId="77777777" w:rsidR="00131ECB" w:rsidRDefault="00131ECB">
      <w:pPr>
        <w:sectPr w:rsidR="00131ECB">
          <w:pgSz w:w="16840" w:h="11900"/>
          <w:pgMar w:top="284" w:right="640" w:bottom="65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5545549" w14:textId="77777777" w:rsidR="00131ECB" w:rsidRDefault="00131EC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406"/>
        <w:gridCol w:w="564"/>
        <w:gridCol w:w="1104"/>
        <w:gridCol w:w="1140"/>
        <w:gridCol w:w="2006"/>
        <w:gridCol w:w="1296"/>
        <w:gridCol w:w="1670"/>
        <w:gridCol w:w="2126"/>
        <w:gridCol w:w="1116"/>
        <w:gridCol w:w="2554"/>
      </w:tblGrid>
      <w:tr w:rsidR="00DB0751" w:rsidRPr="00F115E0" w14:paraId="0CB1FEA8" w14:textId="77777777" w:rsidTr="00DB0751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58A48A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AD25DD" w14:textId="77777777" w:rsidR="00DB0751" w:rsidRDefault="00DB0751">
            <w:pPr>
              <w:autoSpaceDE w:val="0"/>
              <w:autoSpaceDN w:val="0"/>
              <w:spacing w:before="78" w:after="0" w:line="245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Мастерство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исполнителя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926010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7BF1F3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FDAA3A" w14:textId="1E7378E6" w:rsidR="00DB0751" w:rsidRPr="00B11D6D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7860B2" w14:textId="77777777" w:rsidR="00DB0751" w:rsidRPr="0055501B" w:rsidRDefault="00DB0751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по выбору: Ф. Мендельсон. Увертюра "Сон в летнюю ночь"; Дж. Россини. Увертюра к опере "Вильгельм Телль"; Д.</w:t>
            </w:r>
          </w:p>
          <w:p w14:paraId="0D223641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Шостакович «Праздничная увертюра».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8807D1" w14:textId="77777777" w:rsidR="00DB0751" w:rsidRPr="0055501B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Мы вместе.</w:t>
            </w:r>
          </w:p>
          <w:p w14:paraId="21A0E393" w14:textId="77777777" w:rsidR="00DB0751" w:rsidRPr="0055501B" w:rsidRDefault="00DB0751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Муз. и сл. К.</w:t>
            </w:r>
          </w:p>
          <w:p w14:paraId="3447419D" w14:textId="77777777" w:rsidR="00DB0751" w:rsidRPr="0055501B" w:rsidRDefault="00DB0751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Ситник.</w:t>
            </w:r>
          </w:p>
          <w:p w14:paraId="2CACFB41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2. Вместе мы с тобой. Муз и сл. А. Ермолова.</w:t>
            </w:r>
          </w:p>
          <w:p w14:paraId="032FB094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3. Слова и музыка О.</w:t>
            </w:r>
          </w:p>
          <w:p w14:paraId="5795C793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Осиповой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"Улыбка мамы".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1639E2" w14:textId="77777777" w:rsidR="00DB0751" w:rsidRPr="0055501B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Д. Шостакович.</w:t>
            </w:r>
          </w:p>
          <w:p w14:paraId="77B757A8" w14:textId="77777777" w:rsidR="00DB0751" w:rsidRPr="0055501B" w:rsidRDefault="00DB0751">
            <w:pPr>
              <w:autoSpaceDE w:val="0"/>
              <w:autoSpaceDN w:val="0"/>
              <w:spacing w:before="20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"Праздничная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увертюра"/исполнение учителем главной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темы на фортепиано.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F88A4C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творчеством выдающихся исполнителей классической музыки.</w:t>
            </w:r>
          </w:p>
          <w:p w14:paraId="67DE6A76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Изучение программ, афиш консерватории,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филармонии.;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0D238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  <w:p w14:paraId="5AA71D70" w14:textId="4EF1DFA7" w:rsidR="00DB0751" w:rsidRPr="00EC7278" w:rsidRDefault="00DB07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213318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3D22CA89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832BD4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3531B7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C1212E" w14:textId="77777777" w:rsidR="00131ECB" w:rsidRDefault="00131ECB"/>
        </w:tc>
      </w:tr>
      <w:tr w:rsidR="00131ECB" w14:paraId="50C6A1B6" w14:textId="77777777" w:rsidTr="00DB0751">
        <w:trPr>
          <w:trHeight w:hRule="exact" w:val="34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C0C807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9.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Музыкальная грамота</w:t>
            </w:r>
          </w:p>
        </w:tc>
      </w:tr>
      <w:tr w:rsidR="00DB0751" w:rsidRPr="00F115E0" w14:paraId="5E33F18B" w14:textId="77777777" w:rsidTr="00DB0751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36B5FB" w14:textId="77777777" w:rsidR="00DB0751" w:rsidRDefault="00DB07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0497C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Музыкальный язык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FD1B8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D581C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A02F7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207A92" w14:textId="77777777" w:rsidR="00DB0751" w:rsidRPr="0028302D" w:rsidRDefault="00DB075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Мажорное и минорное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звучание. Музыкальные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 по выбору: Ф. Шопен. Вальс № 6 (ре бемоль мажор). Вальс № 7 (до диез минор). Вальс №10 (си минор). Мазурка №1. Мазурка № 47. Мазурка№ 48. Полонез (ля мажор). Ноктюрн фа минор. Этюд№ 12 (до минор). </w:t>
            </w:r>
            <w:r w:rsidRPr="0028302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Полонез (ля мажор); Этюд № 12 (до минор).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0B1FC3" w14:textId="77777777" w:rsidR="00DB0751" w:rsidRPr="0055501B" w:rsidRDefault="00DB075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Мы вместе.</w:t>
            </w:r>
          </w:p>
          <w:p w14:paraId="79CE44D1" w14:textId="77777777" w:rsidR="00DB0751" w:rsidRPr="0055501B" w:rsidRDefault="00DB0751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Муз. и сл. К.</w:t>
            </w:r>
          </w:p>
          <w:p w14:paraId="793302FA" w14:textId="77777777" w:rsidR="00DB0751" w:rsidRPr="0055501B" w:rsidRDefault="00DB0751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Ситник.</w:t>
            </w:r>
          </w:p>
          <w:p w14:paraId="3506372B" w14:textId="77777777" w:rsidR="00DB0751" w:rsidRPr="0055501B" w:rsidRDefault="00DB0751">
            <w:pPr>
              <w:autoSpaceDE w:val="0"/>
              <w:autoSpaceDN w:val="0"/>
              <w:spacing w:before="18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2. Вместе мы с тобой. Муз и сл. А. Ермолова.</w:t>
            </w:r>
          </w:p>
          <w:p w14:paraId="4A7F3A52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3. Слова и музыка О.</w:t>
            </w:r>
          </w:p>
          <w:p w14:paraId="0DED437E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Осиповой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"Улыбка мамы".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2FB3C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Музыкальные пьесы из детского альбома П.И. Чайковского.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8E0542" w14:textId="77777777" w:rsidR="00DB0751" w:rsidRPr="0055501B" w:rsidRDefault="00DB075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элементами музыкального языка,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специальными терминами, их обозначением в нотной записи.;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6C8167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D30C0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DB0751" w:rsidRPr="00F115E0" w14:paraId="3B19AB07" w14:textId="77777777" w:rsidTr="00DB0751">
        <w:trPr>
          <w:trHeight w:hRule="exact" w:val="277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C63964" w14:textId="77777777" w:rsidR="00DB0751" w:rsidRDefault="00DB07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9.2.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46748" w14:textId="77777777" w:rsidR="00DB0751" w:rsidRDefault="00DB075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Ритмические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рисунки в размере 6/8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4AE03E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896F01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747A50" w14:textId="01D673A2" w:rsidR="00DB0751" w:rsidRPr="00932A71" w:rsidRDefault="00DB075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854021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М.И. Глинка. Ты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соловушка умолкни.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FA0F81" w14:textId="77777777" w:rsidR="00DB0751" w:rsidRPr="0028302D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Мамин вальс, сл. В. Крючкова и л. Дербенёва, муз. </w:t>
            </w:r>
            <w:r w:rsidRPr="0028302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Ю.</w:t>
            </w:r>
          </w:p>
          <w:p w14:paraId="13316F5B" w14:textId="77777777" w:rsidR="00DB0751" w:rsidRPr="0028302D" w:rsidRDefault="00DB0751">
            <w:pPr>
              <w:autoSpaceDE w:val="0"/>
              <w:autoSpaceDN w:val="0"/>
              <w:spacing w:before="18" w:after="0" w:line="245" w:lineRule="auto"/>
              <w:ind w:left="72"/>
              <w:rPr>
                <w:lang w:val="ru-RU"/>
              </w:rPr>
            </w:pPr>
            <w:r w:rsidRPr="0028302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Чичикова/размер 6/8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99EF8" w14:textId="77777777" w:rsidR="00DB0751" w:rsidRPr="0055501B" w:rsidRDefault="00DB0751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р.н.п. "Весёлая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пастушка"/ размер 6/8.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837BDC" w14:textId="77777777" w:rsidR="00DB0751" w:rsidRDefault="00DB0751">
            <w:pPr>
              <w:autoSpaceDE w:val="0"/>
              <w:autoSpaceDN w:val="0"/>
              <w:spacing w:before="76" w:after="0" w:line="254" w:lineRule="auto"/>
              <w:ind w:left="72"/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Исполнение, импровизация с помощью звучащих жестов (хлопки, шлепки, притопы) и/или ударных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инструментов. Игра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«Ритмическое эхо»,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прохлопывание ритма по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ритмическим карточкам,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проговаривание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ритмослогами.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Разучивание, исполнение на ударных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инструментах ритмической партитуры.;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4818A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  <w:p w14:paraId="4E3366AF" w14:textId="49804401" w:rsidR="00DB0751" w:rsidRPr="00EC7278" w:rsidRDefault="00DB07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F73785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2092D5B1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C310D8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6A1E7C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206A17" w14:textId="77777777" w:rsidR="00131ECB" w:rsidRDefault="00131ECB"/>
        </w:tc>
      </w:tr>
      <w:tr w:rsidR="00131ECB" w14:paraId="3022B933" w14:textId="77777777" w:rsidTr="00DB0751">
        <w:trPr>
          <w:trHeight w:hRule="exact" w:val="350"/>
        </w:trPr>
        <w:tc>
          <w:tcPr>
            <w:tcW w:w="15450" w:type="dxa"/>
            <w:gridSpan w:val="11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1C98E7" w14:textId="77777777" w:rsidR="00131ECB" w:rsidRDefault="00BE3D3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10.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Духовная музыка</w:t>
            </w:r>
          </w:p>
        </w:tc>
      </w:tr>
      <w:tr w:rsidR="00DB0751" w:rsidRPr="00F115E0" w14:paraId="5C8ACF62" w14:textId="77777777" w:rsidTr="00DB0751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27A6DB" w14:textId="77777777" w:rsidR="00DB0751" w:rsidRDefault="00DB075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38E46A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Инструментальная музыка в церкви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9FB3EF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C6DABA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C1D1A2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94194D" w14:textId="77777777" w:rsidR="00DB0751" w:rsidRPr="0055501B" w:rsidRDefault="00DB0751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Образы духовной музыки.</w:t>
            </w:r>
          </w:p>
          <w:p w14:paraId="5A9B9CED" w14:textId="77777777" w:rsidR="00DB0751" w:rsidRPr="0055501B" w:rsidRDefault="00DB0751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по выбору: народные песнопения о Сергии Радонежском.</w:t>
            </w:r>
          </w:p>
          <w:p w14:paraId="1EE016E7" w14:textId="77777777" w:rsidR="00DB0751" w:rsidRPr="0055501B" w:rsidRDefault="00DB0751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Утренняя молитва; П.</w:t>
            </w:r>
          </w:p>
          <w:p w14:paraId="15DB577D" w14:textId="77777777" w:rsidR="00DB0751" w:rsidRPr="0055501B" w:rsidRDefault="00DB0751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Чайковский. «В церкви».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B81966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Дети поют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классику. Аве Мария.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B3205E" w14:textId="77777777" w:rsidR="00DB0751" w:rsidRDefault="00DB075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И.С. Бах "Хоралл".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C9F02" w14:textId="77777777" w:rsidR="00DB0751" w:rsidRPr="0055501B" w:rsidRDefault="00DB075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Рассматривание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иллюстраций, изображений органа. Проблемная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ситуация — выдвижение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гипотез о принципах работы этого музыкального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инструмента.;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CDB67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F9E9CB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59CECA36" w14:textId="77777777" w:rsidTr="00DB0751">
        <w:trPr>
          <w:trHeight w:hRule="exact" w:val="32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2DD1C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95457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9546ED" w14:textId="77777777" w:rsidR="00131ECB" w:rsidRDefault="00131ECB"/>
        </w:tc>
      </w:tr>
    </w:tbl>
    <w:p w14:paraId="6D306AD5" w14:textId="77777777" w:rsidR="00131ECB" w:rsidRDefault="00131ECB">
      <w:pPr>
        <w:autoSpaceDE w:val="0"/>
        <w:autoSpaceDN w:val="0"/>
        <w:spacing w:after="0" w:line="14" w:lineRule="exact"/>
      </w:pPr>
    </w:p>
    <w:p w14:paraId="757F58D3" w14:textId="77777777" w:rsidR="00131ECB" w:rsidRDefault="00131ECB">
      <w:pPr>
        <w:sectPr w:rsidR="00131ECB">
          <w:pgSz w:w="16840" w:h="11900"/>
          <w:pgMar w:top="284" w:right="640" w:bottom="28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17F82C6" w14:textId="77777777" w:rsidR="00131ECB" w:rsidRDefault="00131EC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406"/>
        <w:gridCol w:w="564"/>
        <w:gridCol w:w="1104"/>
        <w:gridCol w:w="1140"/>
        <w:gridCol w:w="2006"/>
        <w:gridCol w:w="1296"/>
        <w:gridCol w:w="1670"/>
        <w:gridCol w:w="2126"/>
        <w:gridCol w:w="1116"/>
        <w:gridCol w:w="2554"/>
      </w:tblGrid>
      <w:tr w:rsidR="00131ECB" w14:paraId="4812B2FF" w14:textId="77777777" w:rsidTr="00DB0751">
        <w:trPr>
          <w:trHeight w:hRule="exact" w:val="34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8C3F8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11.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Классическая музыка</w:t>
            </w:r>
          </w:p>
        </w:tc>
      </w:tr>
      <w:tr w:rsidR="00DB0751" w:rsidRPr="00F115E0" w14:paraId="2D72F4D5" w14:textId="77777777" w:rsidTr="00DB0751">
        <w:trPr>
          <w:trHeight w:hRule="exact" w:val="34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9B96E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FB6DCE" w14:textId="77777777" w:rsidR="00DB0751" w:rsidRDefault="00DB0751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Европейские композиторы-классики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B03E32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4ECD24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0DB22" w14:textId="06AD9864" w:rsidR="00DB0751" w:rsidRPr="00B11D6D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38755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по выбору: Марсельеза; Ф. Шуберт.</w:t>
            </w:r>
          </w:p>
          <w:p w14:paraId="0BEBBBDF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«Аве Мария»; Л. Ван Бетховен. «Лунная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соната»; К. Дебюсси.</w:t>
            </w:r>
          </w:p>
          <w:p w14:paraId="6D931461" w14:textId="77777777" w:rsidR="00DB0751" w:rsidRPr="0055501B" w:rsidRDefault="00DB0751">
            <w:pPr>
              <w:autoSpaceDE w:val="0"/>
              <w:autoSpaceDN w:val="0"/>
              <w:spacing w:before="20" w:after="0" w:line="252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«Лунный свет» (из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«Бергамасской сюиты»); А. Моцарт. «Турецкое рондо», Симфония № 40,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Маленькая ночная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серенада.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81BA2F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Дети поют классику. Аве Мария.</w:t>
            </w:r>
          </w:p>
          <w:p w14:paraId="11D07B1D" w14:textId="77777777" w:rsidR="00DB0751" w:rsidRPr="0055501B" w:rsidRDefault="00DB0751">
            <w:pPr>
              <w:autoSpaceDE w:val="0"/>
              <w:autoSpaceDN w:val="0"/>
              <w:spacing w:before="20" w:after="0" w:line="247" w:lineRule="auto"/>
              <w:ind w:left="72" w:right="616"/>
              <w:jc w:val="both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 Слова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Аркадия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Вайнера.</w:t>
            </w:r>
          </w:p>
          <w:p w14:paraId="060FB971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Музыка: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Натальи Вайнер.</w:t>
            </w:r>
          </w:p>
          <w:p w14:paraId="2449D67B" w14:textId="77777777" w:rsidR="00DB0751" w:rsidRDefault="00DB0751">
            <w:pPr>
              <w:autoSpaceDE w:val="0"/>
              <w:autoSpaceDN w:val="0"/>
              <w:spacing w:before="20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дедушка герой!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B5E987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Л.В. Бетховен «К Элизе».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188667" w14:textId="77777777" w:rsidR="00DB0751" w:rsidRPr="0055501B" w:rsidRDefault="00DB075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творчеством выдающихся композиторов, отдельными фактами из их биографии. Слушание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музыки. Фрагменты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вокальных,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инструментальных,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симфонических сочинений.</w:t>
            </w:r>
          </w:p>
          <w:p w14:paraId="75E8CDBE" w14:textId="77777777" w:rsidR="00DB0751" w:rsidRPr="0055501B" w:rsidRDefault="00DB0751">
            <w:pPr>
              <w:autoSpaceDE w:val="0"/>
              <w:autoSpaceDN w:val="0"/>
              <w:spacing w:before="20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Круг характерных образов (картины природы, народной жизни, истории и т. д.).</w:t>
            </w:r>
          </w:p>
          <w:p w14:paraId="7F29F84B" w14:textId="77777777" w:rsidR="00DB0751" w:rsidRDefault="00DB0751">
            <w:pPr>
              <w:autoSpaceDE w:val="0"/>
              <w:autoSpaceDN w:val="0"/>
              <w:spacing w:before="18" w:after="0" w:line="252" w:lineRule="auto"/>
              <w:ind w:left="72" w:right="144"/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Характеристика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музыкальных образов,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музыкально-выразительных средств.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Наблюдение за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развитием музыки.</w:t>
            </w:r>
          </w:p>
          <w:p w14:paraId="08274245" w14:textId="77777777" w:rsidR="00DB0751" w:rsidRDefault="00DB0751">
            <w:pPr>
              <w:autoSpaceDE w:val="0"/>
              <w:autoSpaceDN w:val="0"/>
              <w:spacing w:before="1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Определение жанра, формы.;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260FA1" w14:textId="4CBBF836" w:rsidR="00DB0751" w:rsidRDefault="00DB0751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28708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DB0751" w:rsidRPr="00F115E0" w14:paraId="526FCA79" w14:textId="77777777" w:rsidTr="00DB0751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74854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11.2.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E822D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инструменты.</w:t>
            </w:r>
          </w:p>
          <w:p w14:paraId="2BA4D303" w14:textId="77777777" w:rsidR="00DB0751" w:rsidRDefault="00DB0751">
            <w:pPr>
              <w:autoSpaceDE w:val="0"/>
              <w:autoSpaceDN w:val="0"/>
              <w:spacing w:before="2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Скрипка,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виолончель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3FEBAF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1915C" w14:textId="2E3C0F9B" w:rsidR="00DB0751" w:rsidRPr="004C6A49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7248C5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E78F2" w14:textId="28D6DE84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Многообразие красок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фортепиано, виолончели.</w:t>
            </w:r>
          </w:p>
          <w:p w14:paraId="7852AB69" w14:textId="77777777" w:rsidR="00DB0751" w:rsidRPr="0055501B" w:rsidRDefault="00DB0751">
            <w:pPr>
              <w:autoSpaceDE w:val="0"/>
              <w:autoSpaceDN w:val="0"/>
              <w:spacing w:before="20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 по выбору: Л. Бетховен, Соната № 4; П. И. Чайковский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"Воспоминание о дорогом месте".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86D0A3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 w:right="616"/>
              <w:jc w:val="both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 Слова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Аркадия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Вайнера.</w:t>
            </w:r>
          </w:p>
          <w:p w14:paraId="4CFEA97F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Музыка: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Натальи Вайнер.</w:t>
            </w:r>
          </w:p>
          <w:p w14:paraId="60B95463" w14:textId="77777777" w:rsidR="00DB0751" w:rsidRDefault="00DB0751">
            <w:pPr>
              <w:autoSpaceDE w:val="0"/>
              <w:autoSpaceDN w:val="0"/>
              <w:spacing w:before="20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дедушка герой!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E73F58" w14:textId="77777777" w:rsidR="00DB0751" w:rsidRPr="0055501B" w:rsidRDefault="00DB0751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Звуки скрипки и виолончели на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музыкальном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инструменте.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A902C6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Посещение концерта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инструментальной музыки.;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C6DDB" w14:textId="1F03625E" w:rsidR="00DB0751" w:rsidRPr="004C6A49" w:rsidRDefault="00DB07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Контрольная работа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6F21C8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456070A9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B7757A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2283EB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B837E" w14:textId="77777777" w:rsidR="00131ECB" w:rsidRDefault="00131ECB"/>
        </w:tc>
      </w:tr>
      <w:tr w:rsidR="00131ECB" w14:paraId="5BE2314C" w14:textId="77777777" w:rsidTr="00DB0751">
        <w:trPr>
          <w:trHeight w:hRule="exact" w:val="34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CECEDA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12.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Музыкальная грамота</w:t>
            </w:r>
          </w:p>
        </w:tc>
      </w:tr>
      <w:tr w:rsidR="00DB0751" w14:paraId="4674A07E" w14:textId="77777777" w:rsidTr="00DB0751">
        <w:trPr>
          <w:trHeight w:hRule="exact" w:val="30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8A21FB" w14:textId="77777777" w:rsidR="00DB0751" w:rsidRDefault="00DB075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646D7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Тональность. Гамма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889D6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CA785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34573" w14:textId="77777777" w:rsidR="00DB0751" w:rsidRDefault="00DB075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6C2618" w14:textId="77777777" w:rsidR="00DB0751" w:rsidRPr="0055501B" w:rsidRDefault="00DB075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dur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moll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-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поступенное движение вверх и вниз. Скачки в музыке по устойчивым и неустойчивым ступеням.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FE2DF9" w14:textId="77777777" w:rsidR="00DB0751" w:rsidRPr="0055501B" w:rsidRDefault="00DB0751">
            <w:pPr>
              <w:autoSpaceDE w:val="0"/>
              <w:autoSpaceDN w:val="0"/>
              <w:spacing w:before="76" w:after="0" w:line="250" w:lineRule="auto"/>
              <w:ind w:left="72" w:right="616"/>
              <w:jc w:val="both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 Слова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Аркадия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Вайнера.</w:t>
            </w:r>
          </w:p>
          <w:p w14:paraId="6F369FB1" w14:textId="77777777" w:rsidR="00DB0751" w:rsidRPr="0055501B" w:rsidRDefault="00DB0751">
            <w:pPr>
              <w:autoSpaceDE w:val="0"/>
              <w:autoSpaceDN w:val="0"/>
              <w:spacing w:before="18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Музыка: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Натальи Вайнер.</w:t>
            </w:r>
          </w:p>
          <w:p w14:paraId="1D993B45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Мой дедушка герой!</w:t>
            </w:r>
          </w:p>
          <w:p w14:paraId="1A83842F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2. Слова и музыка А.</w:t>
            </w:r>
          </w:p>
          <w:p w14:paraId="4272C8CE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Ермолова. Песня "Про папу".</w:t>
            </w:r>
          </w:p>
          <w:p w14:paraId="488E567C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3. Слова и музыка А.</w:t>
            </w:r>
          </w:p>
          <w:p w14:paraId="1798B01C" w14:textId="77777777" w:rsidR="00DB0751" w:rsidRDefault="00DB0751">
            <w:pPr>
              <w:autoSpaceDE w:val="0"/>
              <w:autoSpaceDN w:val="0"/>
              <w:spacing w:before="2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Ермолова. Песня "Мой дед".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8EC93" w14:textId="4699E76C" w:rsidR="00DB0751" w:rsidRPr="0055501B" w:rsidRDefault="00DB075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dur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moll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-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поступенное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движение вверх и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вниз. Скачки в музыке по устойчивым и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неустойчивым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ступеням. / игра на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инструменте.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246CC1" w14:textId="77777777" w:rsidR="00DB0751" w:rsidRPr="0055501B" w:rsidRDefault="00DB075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на слух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устойчивых звуков. Игра«устой — неустой». Пение упражнений — гамм с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названием нот,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прослеживание по нотам.</w:t>
            </w:r>
          </w:p>
          <w:p w14:paraId="446CF5E4" w14:textId="77777777" w:rsidR="00DB0751" w:rsidRPr="0055501B" w:rsidRDefault="00DB0751">
            <w:pPr>
              <w:autoSpaceDE w:val="0"/>
              <w:autoSpaceDN w:val="0"/>
              <w:spacing w:before="20" w:after="0" w:line="230" w:lineRule="auto"/>
              <w:jc w:val="center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Освоение понятия «тоника».</w:t>
            </w:r>
          </w:p>
          <w:p w14:paraId="2321F423" w14:textId="77777777" w:rsidR="00DB0751" w:rsidRPr="0055501B" w:rsidRDefault="00DB0751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 на допевание неполной музыкальной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фразы до тоники «Закончи музыкальную фразу».;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FA10E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274B8" w14:textId="77777777" w:rsidR="00DB0751" w:rsidRDefault="00DB0751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</w:t>
            </w:r>
          </w:p>
        </w:tc>
      </w:tr>
    </w:tbl>
    <w:p w14:paraId="033DDFF6" w14:textId="77777777" w:rsidR="00131ECB" w:rsidRDefault="00131ECB">
      <w:pPr>
        <w:autoSpaceDE w:val="0"/>
        <w:autoSpaceDN w:val="0"/>
        <w:spacing w:after="0" w:line="14" w:lineRule="exact"/>
      </w:pPr>
    </w:p>
    <w:p w14:paraId="77C5A034" w14:textId="77777777" w:rsidR="00131ECB" w:rsidRDefault="00131ECB">
      <w:pPr>
        <w:sectPr w:rsidR="00131ECB">
          <w:pgSz w:w="16840" w:h="11900"/>
          <w:pgMar w:top="284" w:right="640" w:bottom="106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39FE1CD" w14:textId="77777777" w:rsidR="00131ECB" w:rsidRDefault="00131EC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406"/>
        <w:gridCol w:w="564"/>
        <w:gridCol w:w="1104"/>
        <w:gridCol w:w="1140"/>
        <w:gridCol w:w="2006"/>
        <w:gridCol w:w="1296"/>
        <w:gridCol w:w="1670"/>
        <w:gridCol w:w="2126"/>
        <w:gridCol w:w="1116"/>
        <w:gridCol w:w="2554"/>
      </w:tblGrid>
      <w:tr w:rsidR="00DB0751" w14:paraId="2B49DC38" w14:textId="77777777" w:rsidTr="00DB0751">
        <w:trPr>
          <w:trHeight w:hRule="exact" w:val="30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6706E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12.2.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408A6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Музыкальная форма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3C963C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C2BAD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046850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27E15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В.А. Моцарт. Рондо в турецком стиле.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4BCE3D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 w:right="616"/>
              <w:jc w:val="both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 Слова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Аркадия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Вайнера.</w:t>
            </w:r>
          </w:p>
          <w:p w14:paraId="6933AF22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Музыка: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Натальи Вайнер.</w:t>
            </w:r>
          </w:p>
          <w:p w14:paraId="7ED2954C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Мой дедушка герой!</w:t>
            </w:r>
          </w:p>
          <w:p w14:paraId="6FB67EAA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2. Слова и музыка А.</w:t>
            </w:r>
          </w:p>
          <w:p w14:paraId="47263BEA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Ермолова. Песня "Про папу".</w:t>
            </w:r>
          </w:p>
          <w:p w14:paraId="20D5591A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3. Слова и музыка А.</w:t>
            </w:r>
          </w:p>
          <w:p w14:paraId="33C7ECCC" w14:textId="77777777" w:rsidR="00DB0751" w:rsidRDefault="00DB0751">
            <w:pPr>
              <w:autoSpaceDE w:val="0"/>
              <w:autoSpaceDN w:val="0"/>
              <w:spacing w:before="1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Ермолова. Песня "Мой дед".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D42A59" w14:textId="77777777" w:rsidR="00DB0751" w:rsidRPr="0055501B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В.А. Моцарт.</w:t>
            </w:r>
          </w:p>
          <w:p w14:paraId="416962D0" w14:textId="77777777" w:rsidR="00DB0751" w:rsidRPr="0055501B" w:rsidRDefault="00DB0751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Рондо/тема рефрена.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5AE1D6" w14:textId="77777777" w:rsidR="00DB0751" w:rsidRPr="0055501B" w:rsidRDefault="00DB075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со строением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музыкального произведения, понятиями двухчастной и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трёхчастной формы, рондо.;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969CE6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DD8FB" w14:textId="77777777" w:rsidR="00DB0751" w:rsidRDefault="00DB075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</w:t>
            </w:r>
          </w:p>
        </w:tc>
      </w:tr>
      <w:tr w:rsidR="00131ECB" w14:paraId="2AE8B2FB" w14:textId="77777777" w:rsidTr="00DB0751">
        <w:trPr>
          <w:trHeight w:hRule="exact" w:val="34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20B50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C8D407" w14:textId="77777777" w:rsidR="00131ECB" w:rsidRDefault="00BE3D3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7AF3D2" w14:textId="77777777" w:rsidR="00131ECB" w:rsidRDefault="00131ECB"/>
        </w:tc>
      </w:tr>
      <w:tr w:rsidR="00131ECB" w14:paraId="4105D910" w14:textId="77777777" w:rsidTr="00DB0751">
        <w:trPr>
          <w:trHeight w:hRule="exact" w:val="348"/>
        </w:trPr>
        <w:tc>
          <w:tcPr>
            <w:tcW w:w="154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70C0B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13.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Современная музыкальная культура</w:t>
            </w:r>
          </w:p>
        </w:tc>
      </w:tr>
      <w:tr w:rsidR="00DB0751" w:rsidRPr="00F115E0" w14:paraId="313E4AEB" w14:textId="77777777" w:rsidTr="00DB0751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651734" w14:textId="77777777" w:rsidR="00DB0751" w:rsidRDefault="00DB075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37D7F1" w14:textId="77777777" w:rsidR="00DB0751" w:rsidRDefault="00DB0751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Современные обработки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классической музыки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641F46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10C1D5" w14:textId="77777777" w:rsidR="00DB0751" w:rsidRDefault="00DB075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E8D688" w14:textId="1E6F39AC" w:rsidR="00DB0751" w:rsidRPr="00B11D6D" w:rsidRDefault="00DB075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7AE431" w14:textId="78DB5E4A" w:rsidR="00DB0751" w:rsidRPr="0055501B" w:rsidRDefault="00DB0751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В.А. Моцарт. Симфония №40. Ф. Шопен "Вальс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дождя". Л.В. Бетховен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"Лунная соната" 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современной обработке.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90FBE6" w14:textId="77777777" w:rsidR="00DB0751" w:rsidRPr="0055501B" w:rsidRDefault="00DB075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 Музыка и слова А.</w:t>
            </w:r>
          </w:p>
          <w:p w14:paraId="201C8711" w14:textId="77777777" w:rsidR="00DB0751" w:rsidRPr="0055501B" w:rsidRDefault="00DB0751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Ермолова "Мы вместе".</w:t>
            </w:r>
          </w:p>
          <w:p w14:paraId="017648DB" w14:textId="736AFDA2" w:rsidR="00DB0751" w:rsidRDefault="00DB0751">
            <w:pPr>
              <w:autoSpaceDE w:val="0"/>
              <w:autoSpaceDN w:val="0"/>
              <w:spacing w:before="2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2. Детская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песня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про дружбу.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D5BD72" w14:textId="77777777" w:rsidR="00DB0751" w:rsidRPr="0055501B" w:rsidRDefault="00DB075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Ф. Шопен "Вальс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дождя"/ игра учителя на музыкальном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инструменте/главная тема.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CAF7F" w14:textId="77777777" w:rsidR="00DB0751" w:rsidRPr="0055501B" w:rsidRDefault="00DB0751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Вокальное исполнение классических тем в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сопровождении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современного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ритмизованного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аккомпанемента.;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F57D5F" w14:textId="2C044F08" w:rsidR="00DB0751" w:rsidRDefault="00DB0751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D75E03" w14:textId="77777777" w:rsidR="00DB0751" w:rsidRPr="0055501B" w:rsidRDefault="00DB075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45CCA61C" w14:textId="77777777" w:rsidTr="00DB0751">
        <w:trPr>
          <w:trHeight w:hRule="exact" w:val="350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CCEB31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679E20" w14:textId="77777777" w:rsidR="00131ECB" w:rsidRDefault="00BE3D3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0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2A1DF9" w14:textId="77777777" w:rsidR="00131ECB" w:rsidRDefault="00131ECB"/>
        </w:tc>
      </w:tr>
      <w:tr w:rsidR="00131ECB" w14:paraId="66B62F7B" w14:textId="77777777" w:rsidTr="00DB0751">
        <w:trPr>
          <w:trHeight w:hRule="exact" w:val="712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0D530B" w14:textId="77777777" w:rsidR="00131ECB" w:rsidRPr="0055501B" w:rsidRDefault="00BE3D3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ОБЩЕЕ КОЛИЧЕСТВО ЧАСОВ ПО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ПРОГРАММЕ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7A2CA" w14:textId="77777777" w:rsidR="00131ECB" w:rsidRPr="00A91367" w:rsidRDefault="00BE3D35">
            <w:pPr>
              <w:autoSpaceDE w:val="0"/>
              <w:autoSpaceDN w:val="0"/>
              <w:spacing w:before="76" w:after="0" w:line="233" w:lineRule="auto"/>
              <w:ind w:left="72"/>
              <w:rPr>
                <w:b/>
                <w:bCs/>
              </w:rPr>
            </w:pPr>
            <w:r w:rsidRPr="00A91367">
              <w:rPr>
                <w:rFonts w:ascii="Times New Roman" w:eastAsia="Times New Roman" w:hAnsi="Times New Roman"/>
                <w:b/>
                <w:bCs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6CF866" w14:textId="310C133A" w:rsidR="00131ECB" w:rsidRPr="00B11D6D" w:rsidRDefault="00B11D6D">
            <w:pPr>
              <w:autoSpaceDE w:val="0"/>
              <w:autoSpaceDN w:val="0"/>
              <w:spacing w:before="76" w:after="0" w:line="233" w:lineRule="auto"/>
              <w:ind w:left="72"/>
              <w:rPr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8232CE" w14:textId="3D4BB177" w:rsidR="00131ECB" w:rsidRPr="00A91367" w:rsidRDefault="00B11D6D">
            <w:pPr>
              <w:autoSpaceDE w:val="0"/>
              <w:autoSpaceDN w:val="0"/>
              <w:spacing w:before="76" w:after="0" w:line="233" w:lineRule="auto"/>
              <w:ind w:left="72"/>
              <w:rPr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107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3C2D5" w14:textId="77777777" w:rsidR="00131ECB" w:rsidRDefault="00131ECB"/>
        </w:tc>
      </w:tr>
    </w:tbl>
    <w:p w14:paraId="7648742C" w14:textId="77777777" w:rsidR="00131ECB" w:rsidRDefault="00131ECB">
      <w:pPr>
        <w:autoSpaceDE w:val="0"/>
        <w:autoSpaceDN w:val="0"/>
        <w:spacing w:after="0" w:line="14" w:lineRule="exact"/>
      </w:pPr>
    </w:p>
    <w:p w14:paraId="549DAACD" w14:textId="77777777" w:rsidR="00131ECB" w:rsidRDefault="00131ECB">
      <w:pPr>
        <w:sectPr w:rsidR="00131ECB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FAE6D30" w14:textId="77777777" w:rsidR="00131ECB" w:rsidRDefault="00131ECB">
      <w:pPr>
        <w:autoSpaceDE w:val="0"/>
        <w:autoSpaceDN w:val="0"/>
        <w:spacing w:after="78" w:line="220" w:lineRule="exact"/>
      </w:pPr>
    </w:p>
    <w:p w14:paraId="219FA7CD" w14:textId="77777777" w:rsidR="00131ECB" w:rsidRDefault="00BE3D35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86"/>
        <w:gridCol w:w="732"/>
        <w:gridCol w:w="1620"/>
        <w:gridCol w:w="1668"/>
        <w:gridCol w:w="1236"/>
        <w:gridCol w:w="1706"/>
      </w:tblGrid>
      <w:tr w:rsidR="00131ECB" w14:paraId="2F960A71" w14:textId="7777777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52364" w14:textId="77777777" w:rsidR="00131ECB" w:rsidRDefault="00BE3D3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5B647B" w14:textId="77777777" w:rsidR="00131ECB" w:rsidRDefault="00BE3D3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AA285" w14:textId="77777777" w:rsidR="00131ECB" w:rsidRDefault="00BE3D3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A98801" w14:textId="77777777" w:rsidR="00131ECB" w:rsidRDefault="00BE3D3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37757" w14:textId="30EBF5ED" w:rsidR="00131ECB" w:rsidRDefault="00A952B9">
            <w:pPr>
              <w:autoSpaceDE w:val="0"/>
              <w:autoSpaceDN w:val="0"/>
              <w:spacing w:before="98" w:after="0" w:line="262" w:lineRule="auto"/>
              <w:ind w:left="72"/>
            </w:pPr>
            <w:r w:rsidRPr="00A952B9">
              <w:rPr>
                <w:b/>
              </w:rPr>
              <w:t xml:space="preserve">Электронные </w:t>
            </w:r>
            <w:r w:rsidRPr="00A952B9">
              <w:br/>
            </w:r>
            <w:r w:rsidRPr="00A952B9">
              <w:rPr>
                <w:b/>
              </w:rPr>
              <w:t xml:space="preserve">(цифровые) </w:t>
            </w:r>
            <w:r w:rsidRPr="00A952B9">
              <w:br/>
            </w:r>
            <w:r w:rsidRPr="00A952B9">
              <w:rPr>
                <w:b/>
              </w:rPr>
              <w:t>образовательные ресурсы</w:t>
            </w:r>
          </w:p>
        </w:tc>
      </w:tr>
      <w:tr w:rsidR="00131ECB" w14:paraId="06834579" w14:textId="77777777" w:rsidTr="009F5D00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B4F9E" w14:textId="77777777" w:rsidR="00131ECB" w:rsidRDefault="00131ECB"/>
        </w:tc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2D92" w14:textId="77777777" w:rsidR="00131ECB" w:rsidRDefault="00131ECB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433DB1" w14:textId="77777777" w:rsidR="00131ECB" w:rsidRDefault="00BE3D3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A26853" w14:textId="77777777" w:rsidR="00131ECB" w:rsidRDefault="00BE3D3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88F465" w14:textId="77777777" w:rsidR="00131ECB" w:rsidRDefault="00BE3D3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4A208" w14:textId="77777777" w:rsidR="00131ECB" w:rsidRDefault="00131ECB"/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8D07E" w14:textId="77777777" w:rsidR="00131ECB" w:rsidRDefault="00131ECB"/>
        </w:tc>
      </w:tr>
      <w:tr w:rsidR="00F115E0" w:rsidRPr="00F115E0" w14:paraId="101414F9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C80DBE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C42244" w14:textId="77777777" w:rsidR="00F115E0" w:rsidRDefault="00F115E0" w:rsidP="00F115E0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Классическая музыка. Композиторы — детям.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636870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A737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B9F79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C1D49A" w14:textId="3B523FDE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0</w:t>
            </w:r>
            <w:r>
              <w:rPr>
                <w:rFonts w:ascii="Times New Roman" w:eastAsia="MS Mincho" w:hAnsi="Times New Roman" w:cs="Times New Roman"/>
                <w:lang w:val="ru-RU"/>
              </w:rPr>
              <w:t>1</w:t>
            </w:r>
            <w:r>
              <w:rPr>
                <w:rFonts w:ascii="Times New Roman" w:eastAsia="MS Mincho" w:hAnsi="Times New Roman" w:cs="Times New Roman"/>
                <w:lang w:val="ru-RU"/>
              </w:rPr>
              <w:t>.09.2023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5E44C" w14:textId="1F519CC3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706BF63E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75545E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29807" w14:textId="77777777" w:rsidR="00F115E0" w:rsidRDefault="00F115E0" w:rsidP="00F115E0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Классическая музыка. Оркестр.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FF2461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35CEE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0D91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8473BC" w14:textId="262F5933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08</w:t>
            </w:r>
            <w:r>
              <w:rPr>
                <w:rFonts w:ascii="Times New Roman" w:eastAsia="MS Mincho" w:hAnsi="Times New Roman" w:cs="Times New Roman"/>
                <w:lang w:val="ru-RU"/>
              </w:rPr>
              <w:t>.09.2023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58D83A" w14:textId="18F7A834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2C958030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D2AC2B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23F35E" w14:textId="77777777" w:rsidR="00F115E0" w:rsidRDefault="00F115E0" w:rsidP="00F115E0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Классическая музыка. Оркестр.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3C3FD5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698A53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C519F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03EE77" w14:textId="611F79E4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15</w:t>
            </w:r>
            <w:r>
              <w:rPr>
                <w:rFonts w:ascii="Times New Roman" w:eastAsia="MS Mincho" w:hAnsi="Times New Roman" w:cs="Times New Roman"/>
                <w:lang w:val="ru-RU"/>
              </w:rPr>
              <w:t>.09.2023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E043CA" w14:textId="6FFC91AE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4DAB1F32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3892D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27816" w14:textId="77777777" w:rsidR="00F115E0" w:rsidRPr="0055501B" w:rsidRDefault="00F115E0" w:rsidP="00F115E0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Классическая музыка. Русские композиторы-классики.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15BDD5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20660D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7DA1D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7758C3" w14:textId="3AEC4626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2</w:t>
            </w:r>
            <w:r>
              <w:rPr>
                <w:rFonts w:ascii="Times New Roman" w:eastAsia="MS Mincho" w:hAnsi="Times New Roman" w:cs="Times New Roman"/>
                <w:lang w:val="ru-RU"/>
              </w:rPr>
              <w:t>2</w:t>
            </w:r>
            <w:r>
              <w:rPr>
                <w:rFonts w:ascii="Times New Roman" w:eastAsia="MS Mincho" w:hAnsi="Times New Roman" w:cs="Times New Roman"/>
                <w:lang w:val="ru-RU"/>
              </w:rPr>
              <w:t>.09.2023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94FC97" w14:textId="476DA24B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163C44A6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D8A23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D33A9E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Классическая музыка.</w:t>
            </w:r>
          </w:p>
          <w:p w14:paraId="677CB329" w14:textId="77777777" w:rsidR="00F115E0" w:rsidRDefault="00F115E0" w:rsidP="00F115E0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Мастерство исполнителя.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21E16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7904F1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BF47F3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380A2C" w14:textId="1B8D44F5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2</w:t>
            </w:r>
            <w:r>
              <w:rPr>
                <w:rFonts w:ascii="Times New Roman" w:eastAsia="MS Mincho" w:hAnsi="Times New Roman" w:cs="Times New Roman"/>
                <w:lang w:val="ru-RU"/>
              </w:rPr>
              <w:t>9</w:t>
            </w:r>
            <w:r>
              <w:rPr>
                <w:rFonts w:ascii="Times New Roman" w:eastAsia="MS Mincho" w:hAnsi="Times New Roman" w:cs="Times New Roman"/>
                <w:lang w:val="ru-RU"/>
              </w:rPr>
              <w:t>.09.2023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EB0C1B" w14:textId="53F7E83E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7C8E05BC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2249CE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7631D6" w14:textId="77777777" w:rsidR="00F115E0" w:rsidRDefault="00F115E0" w:rsidP="00F115E0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Классическая музыка. Вокальная музыка.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2BBF4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157FC" w14:textId="221C5E9B" w:rsidR="00F115E0" w:rsidRPr="0028302D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917F1" w14:textId="2AD4D444" w:rsidR="00F115E0" w:rsidRPr="00FA7D21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8857A2" w14:textId="7BECFAD8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0</w:t>
            </w:r>
            <w:r>
              <w:rPr>
                <w:rFonts w:ascii="Times New Roman" w:eastAsia="MS Mincho" w:hAnsi="Times New Roman" w:cs="Times New Roman"/>
                <w:lang w:val="ru-RU"/>
              </w:rPr>
              <w:t>6</w:t>
            </w:r>
            <w:r>
              <w:rPr>
                <w:rFonts w:ascii="Times New Roman" w:eastAsia="MS Mincho" w:hAnsi="Times New Roman" w:cs="Times New Roman"/>
                <w:lang w:val="ru-RU"/>
              </w:rPr>
              <w:t>.10.2023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6CEF2" w14:textId="689579EC" w:rsidR="00F115E0" w:rsidRPr="00EC7278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1EECA698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EE5BF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0B251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 театра и кино. Театр оперы и балета.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5B6DA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44928C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6FE64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4A3424" w14:textId="7AEDCE32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1</w:t>
            </w:r>
            <w:r>
              <w:rPr>
                <w:rFonts w:ascii="Times New Roman" w:eastAsia="MS Mincho" w:hAnsi="Times New Roman" w:cs="Times New Roman"/>
                <w:lang w:val="ru-RU"/>
              </w:rPr>
              <w:t>3</w:t>
            </w:r>
            <w:r>
              <w:rPr>
                <w:rFonts w:ascii="Times New Roman" w:eastAsia="MS Mincho" w:hAnsi="Times New Roman" w:cs="Times New Roman"/>
                <w:lang w:val="ru-RU"/>
              </w:rPr>
              <w:t>.10.2023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BF45FC" w14:textId="4973460C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1421A070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BFEB15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A8AFA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 театра и кино. Театр оперы и балета.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A26685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43E405" w14:textId="28023E9B" w:rsidR="00F115E0" w:rsidRPr="0028302D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F5646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DC00D" w14:textId="70D3432B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20</w:t>
            </w:r>
            <w:r>
              <w:rPr>
                <w:rFonts w:ascii="Times New Roman" w:eastAsia="MS Mincho" w:hAnsi="Times New Roman" w:cs="Times New Roman"/>
                <w:lang w:val="ru-RU"/>
              </w:rPr>
              <w:t>.09.2023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EDA00C" w14:textId="6653291A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50645EFB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14A561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97006" w14:textId="77777777" w:rsidR="00F115E0" w:rsidRDefault="00F115E0" w:rsidP="00F115E0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Музыкальная грамота. Звукоряд.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EB84B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4E9DCC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085B9F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FCBA9" w14:textId="1088A8DB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27.09.2023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250602" w14:textId="1F5CB61F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54581183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9C9E5F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47E86" w14:textId="77777777" w:rsidR="00F115E0" w:rsidRDefault="00F115E0" w:rsidP="00F115E0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Музыкальная грамота. Ритм.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26B69F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38A05E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6D0F3E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EE6FE0" w14:textId="0548173D" w:rsidR="00F115E0" w:rsidRDefault="00F115E0" w:rsidP="00F115E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10</w:t>
            </w:r>
            <w:r>
              <w:rPr>
                <w:rFonts w:ascii="Times New Roman" w:eastAsia="MS Mincho" w:hAnsi="Times New Roman" w:cs="Times New Roman"/>
                <w:lang w:val="ru-RU"/>
              </w:rPr>
              <w:t>.11.2033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46C09D" w14:textId="42C37769" w:rsidR="00F115E0" w:rsidRPr="00A952B9" w:rsidRDefault="00F115E0" w:rsidP="00F115E0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60B06CBE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4BD8F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08F12A" w14:textId="77777777" w:rsidR="00F115E0" w:rsidRDefault="00F115E0" w:rsidP="00F115E0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Музыкальная грамота. Ритм.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18A668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B4CEEE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73508F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E65E76" w14:textId="36687656" w:rsidR="00F115E0" w:rsidRDefault="00F115E0" w:rsidP="00F115E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1</w:t>
            </w:r>
            <w:r>
              <w:rPr>
                <w:rFonts w:ascii="Times New Roman" w:eastAsia="MS Mincho" w:hAnsi="Times New Roman" w:cs="Times New Roman"/>
                <w:lang w:val="ru-RU"/>
              </w:rPr>
              <w:t>7</w:t>
            </w:r>
            <w:r>
              <w:rPr>
                <w:rFonts w:ascii="Times New Roman" w:eastAsia="MS Mincho" w:hAnsi="Times New Roman" w:cs="Times New Roman"/>
                <w:lang w:val="ru-RU"/>
              </w:rPr>
              <w:t>.11.2023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2868C" w14:textId="5FC8E12B" w:rsidR="00F115E0" w:rsidRPr="00A952B9" w:rsidRDefault="00F115E0" w:rsidP="00F115E0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5B1DE666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48A497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F2073" w14:textId="77777777" w:rsidR="00F115E0" w:rsidRDefault="00F115E0" w:rsidP="00F115E0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Музыкальная грамота. Размер.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ECD5AF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CE88B7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5FD548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860E4A" w14:textId="0EE95BA4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MS Mincho" w:hAnsi="Times New Roman" w:cs="Times New Roman"/>
                <w:lang w:val="ru-RU"/>
              </w:rPr>
              <w:t>2</w:t>
            </w:r>
            <w:r>
              <w:rPr>
                <w:rFonts w:ascii="Times New Roman" w:eastAsia="MS Mincho" w:hAnsi="Times New Roman" w:cs="Times New Roman"/>
                <w:lang w:val="ru-RU"/>
              </w:rPr>
              <w:t>4.</w:t>
            </w:r>
            <w:r>
              <w:rPr>
                <w:rFonts w:ascii="Times New Roman" w:eastAsia="MS Mincho" w:hAnsi="Times New Roman" w:cs="Times New Roman"/>
                <w:lang w:val="ru-RU"/>
              </w:rPr>
              <w:t>11.2023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DEEC59" w14:textId="38730949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167C4DAB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1CCF9E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559DD7" w14:textId="77777777" w:rsidR="00F115E0" w:rsidRDefault="00F115E0" w:rsidP="00F115E0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Музыкальная грамота. Высота звуков.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518D9" w14:textId="77777777" w:rsidR="00F115E0" w:rsidRPr="0028302D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E70B35" w14:textId="5A0C531A" w:rsidR="00F115E0" w:rsidRPr="0028302D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5C9F2" w14:textId="659C4916" w:rsidR="00F115E0" w:rsidRPr="00FA7D21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410CA7" w14:textId="2F94DE49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01</w:t>
            </w:r>
            <w:r>
              <w:rPr>
                <w:rFonts w:ascii="Times New Roman" w:eastAsia="MS Mincho" w:hAnsi="Times New Roman" w:cs="Times New Roman"/>
                <w:lang w:val="ru-RU"/>
              </w:rPr>
              <w:t>.</w:t>
            </w:r>
            <w:r>
              <w:rPr>
                <w:rFonts w:ascii="Times New Roman" w:eastAsia="MS Mincho" w:hAnsi="Times New Roman" w:cs="Times New Roman"/>
                <w:lang w:val="ru-RU"/>
              </w:rPr>
              <w:t>12</w:t>
            </w:r>
            <w:r>
              <w:rPr>
                <w:rFonts w:ascii="Times New Roman" w:eastAsia="MS Mincho" w:hAnsi="Times New Roman" w:cs="Times New Roman"/>
                <w:lang w:val="ru-RU"/>
              </w:rPr>
              <w:t>.202</w:t>
            </w:r>
            <w:r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8F1DF0" w14:textId="3038071E" w:rsidR="00F115E0" w:rsidRPr="00EC7278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6249D">
              <w:rPr>
                <w:lang w:val="ru-RU"/>
              </w:rPr>
              <w:br/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C6249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14:paraId="6FC42E42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BC458E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C5276A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 в жизни человека. Музыкальные пейзажи.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85C448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C7CF88" w14:textId="5178B530" w:rsidR="00F115E0" w:rsidRPr="00126F31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151EC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60A971" w14:textId="3B59D718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08</w:t>
            </w:r>
            <w:r>
              <w:rPr>
                <w:rFonts w:ascii="Times New Roman" w:eastAsia="MS Mincho" w:hAnsi="Times New Roman" w:cs="Times New Roman"/>
                <w:lang w:val="ru-RU"/>
              </w:rPr>
              <w:t>.</w:t>
            </w:r>
            <w:r>
              <w:rPr>
                <w:rFonts w:ascii="Times New Roman" w:eastAsia="MS Mincho" w:hAnsi="Times New Roman" w:cs="Times New Roman"/>
                <w:lang w:val="ru-RU"/>
              </w:rPr>
              <w:t>12.</w:t>
            </w:r>
            <w:r>
              <w:rPr>
                <w:rFonts w:ascii="Times New Roman" w:eastAsia="MS Mincho" w:hAnsi="Times New Roman" w:cs="Times New Roman"/>
                <w:lang w:val="ru-RU"/>
              </w:rPr>
              <w:t>202</w:t>
            </w:r>
            <w:r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5144AB" w14:textId="3631769A" w:rsidR="00F115E0" w:rsidRPr="00126F31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</w:t>
            </w:r>
          </w:p>
        </w:tc>
      </w:tr>
      <w:tr w:rsidR="00F115E0" w:rsidRPr="00F115E0" w14:paraId="5B5653A2" w14:textId="7777777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2F8785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6EE8BC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 в жизни человека. Музыкальные пейзажи.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E351F5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CBFFCB" w14:textId="74B968D8" w:rsidR="00F115E0" w:rsidRPr="0028302D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0D5C7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B614A0" w14:textId="5457DC38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Pr="00F115E0">
              <w:t>.</w:t>
            </w:r>
            <w:r>
              <w:rPr>
                <w:lang w:val="ru-RU"/>
              </w:rPr>
              <w:t>12</w:t>
            </w:r>
            <w:r w:rsidRPr="00F115E0">
              <w:t>.202</w:t>
            </w:r>
            <w:r>
              <w:rPr>
                <w:lang w:val="ru-RU"/>
              </w:rPr>
              <w:t>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421618" w14:textId="13745F8D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</w:tbl>
    <w:p w14:paraId="19D3618B" w14:textId="77777777" w:rsidR="00131ECB" w:rsidRPr="00A952B9" w:rsidRDefault="00131ECB">
      <w:pPr>
        <w:autoSpaceDE w:val="0"/>
        <w:autoSpaceDN w:val="0"/>
        <w:spacing w:after="0" w:line="14" w:lineRule="exact"/>
        <w:rPr>
          <w:lang w:val="ru-RU"/>
        </w:rPr>
      </w:pPr>
    </w:p>
    <w:p w14:paraId="5D51D65B" w14:textId="77777777" w:rsidR="00131ECB" w:rsidRPr="00A952B9" w:rsidRDefault="00131ECB">
      <w:pPr>
        <w:rPr>
          <w:lang w:val="ru-RU"/>
        </w:rPr>
        <w:sectPr w:rsidR="00131ECB" w:rsidRPr="00A952B9">
          <w:pgSz w:w="11900" w:h="16840"/>
          <w:pgMar w:top="298" w:right="650" w:bottom="53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7993821" w14:textId="77777777" w:rsidR="00131ECB" w:rsidRPr="00A952B9" w:rsidRDefault="00131ECB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86"/>
        <w:gridCol w:w="732"/>
        <w:gridCol w:w="1620"/>
        <w:gridCol w:w="1668"/>
        <w:gridCol w:w="1236"/>
        <w:gridCol w:w="1706"/>
      </w:tblGrid>
      <w:tr w:rsidR="00F115E0" w:rsidRPr="00F115E0" w14:paraId="6DA3A88D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0B0003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0C4B82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Народная музыка России. Край, в котором ты живёшь.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B97A97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0CDD3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04B866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22E2FE" w14:textId="7FDDC84F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22</w:t>
            </w:r>
            <w:r>
              <w:rPr>
                <w:rFonts w:ascii="Times New Roman" w:eastAsia="MS Mincho" w:hAnsi="Times New Roman" w:cs="Times New Roman"/>
                <w:lang w:val="ru-RU"/>
              </w:rPr>
              <w:t>.</w:t>
            </w:r>
            <w:r>
              <w:rPr>
                <w:rFonts w:ascii="Times New Roman" w:eastAsia="MS Mincho" w:hAnsi="Times New Roman" w:cs="Times New Roman"/>
                <w:lang w:val="ru-RU"/>
              </w:rPr>
              <w:t>12</w:t>
            </w:r>
            <w:r>
              <w:rPr>
                <w:rFonts w:ascii="Times New Roman" w:eastAsia="MS Mincho" w:hAnsi="Times New Roman" w:cs="Times New Roman"/>
                <w:lang w:val="ru-RU"/>
              </w:rPr>
              <w:t>.202</w:t>
            </w:r>
            <w:r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6AFE1E" w14:textId="5A3D0C16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DD66EF">
              <w:rPr>
                <w:lang w:val="ru-RU"/>
              </w:rPr>
              <w:br/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753748D3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61964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8E805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Народная музыка России. Сказки, мифы и легенды.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39E7BA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7B913A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7F42EC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37444E" w14:textId="6788FE2A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29</w:t>
            </w:r>
            <w:r>
              <w:rPr>
                <w:rFonts w:ascii="Times New Roman" w:eastAsia="MS Mincho" w:hAnsi="Times New Roman" w:cs="Times New Roman"/>
                <w:lang w:val="ru-RU"/>
              </w:rPr>
              <w:t>.</w:t>
            </w:r>
            <w:r>
              <w:rPr>
                <w:rFonts w:ascii="Times New Roman" w:eastAsia="MS Mincho" w:hAnsi="Times New Roman" w:cs="Times New Roman"/>
                <w:lang w:val="ru-RU"/>
              </w:rPr>
              <w:t>12</w:t>
            </w:r>
            <w:r>
              <w:rPr>
                <w:rFonts w:ascii="Times New Roman" w:eastAsia="MS Mincho" w:hAnsi="Times New Roman" w:cs="Times New Roman"/>
                <w:lang w:val="ru-RU"/>
              </w:rPr>
              <w:t>.202</w:t>
            </w:r>
            <w:r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4445D2" w14:textId="73059DDB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DD66EF">
              <w:rPr>
                <w:lang w:val="ru-RU"/>
              </w:rPr>
              <w:br/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6AB2A14B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F1C80D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48F3D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Народная музыка России. Фольклор народов России.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47DBF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CDA30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F38A9A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8E7A0" w14:textId="3097068B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12</w:t>
            </w:r>
            <w:r>
              <w:rPr>
                <w:rFonts w:ascii="Times New Roman" w:eastAsia="MS Mincho" w:hAnsi="Times New Roman" w:cs="Times New Roman"/>
                <w:lang w:val="ru-RU"/>
              </w:rPr>
              <w:t>.0</w:t>
            </w:r>
            <w:r>
              <w:rPr>
                <w:rFonts w:ascii="Times New Roman" w:eastAsia="MS Mincho" w:hAnsi="Times New Roman" w:cs="Times New Roman"/>
                <w:lang w:val="ru-RU"/>
              </w:rPr>
              <w:t>1</w:t>
            </w:r>
            <w:r>
              <w:rPr>
                <w:rFonts w:ascii="Times New Roman" w:eastAsia="MS Mincho" w:hAnsi="Times New Roman" w:cs="Times New Roman"/>
                <w:lang w:val="ru-RU"/>
              </w:rPr>
              <w:t>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7AA903" w14:textId="3985C0B0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DD66EF">
              <w:rPr>
                <w:lang w:val="ru-RU"/>
              </w:rPr>
              <w:br/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5F088430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E2A5D7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12303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Народная музыка России. Фольклор народов России.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9183B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39015" w14:textId="2BDC04EB" w:rsidR="00F115E0" w:rsidRPr="0028302D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8B712F" w14:textId="792D7C00" w:rsidR="00F115E0" w:rsidRPr="00FA7D21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820612" w14:textId="73551F32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19.01.2024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2FACE5" w14:textId="5B3DE997" w:rsidR="00F115E0" w:rsidRPr="00EC7278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sz w:val="18"/>
                <w:szCs w:val="18"/>
                <w:lang w:val="ru-RU"/>
              </w:rPr>
            </w:pP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DD66EF">
              <w:rPr>
                <w:lang w:val="ru-RU"/>
              </w:rPr>
              <w:br/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DD66E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14:paraId="06E624E7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C40BB6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242FF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Музыкальная грамота. Ноты в разных октавах.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D11079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71B1A5" w14:textId="6656FB54" w:rsidR="00F115E0" w:rsidRPr="00126F31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B8EFEB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8E736" w14:textId="69EAF919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MS Mincho" w:hAnsi="Times New Roman" w:cs="Times New Roman"/>
                <w:lang w:val="ru-RU"/>
              </w:rPr>
              <w:t>26</w:t>
            </w:r>
            <w:r>
              <w:rPr>
                <w:rFonts w:ascii="Times New Roman" w:eastAsia="MS Mincho" w:hAnsi="Times New Roman" w:cs="Times New Roman"/>
                <w:lang w:val="ru-RU"/>
              </w:rPr>
              <w:t>.0</w:t>
            </w:r>
            <w:r>
              <w:rPr>
                <w:rFonts w:ascii="Times New Roman" w:eastAsia="MS Mincho" w:hAnsi="Times New Roman" w:cs="Times New Roman"/>
                <w:lang w:val="ru-RU"/>
              </w:rPr>
              <w:t>1</w:t>
            </w:r>
            <w:r>
              <w:rPr>
                <w:rFonts w:ascii="Times New Roman" w:eastAsia="MS Mincho" w:hAnsi="Times New Roman" w:cs="Times New Roman"/>
                <w:lang w:val="ru-RU"/>
              </w:rPr>
              <w:t>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2AB81E" w14:textId="6A8ADC34" w:rsidR="00F115E0" w:rsidRPr="00126F31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</w:t>
            </w:r>
          </w:p>
        </w:tc>
      </w:tr>
      <w:tr w:rsidR="00F115E0" w:rsidRPr="00F115E0" w14:paraId="494E0F3B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2268C4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19FF8B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Музыкальная грамота. Ноты в разных октавах.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D5741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B937B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9A94C3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49C24C" w14:textId="633A09D1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AFC60F" w14:textId="46AC9B86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6175F">
              <w:rPr>
                <w:lang w:val="ru-RU"/>
              </w:rPr>
              <w:br/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7374F0AE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B25D8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D7C064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 народов мира. Музыка Средней Азии.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FC658B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0353A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96C098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76ED8" w14:textId="6C2E5840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143654" w14:textId="66D7338D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6175F">
              <w:rPr>
                <w:lang w:val="ru-RU"/>
              </w:rPr>
              <w:br/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17DE9C07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23DF1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4F34C5" w14:textId="77777777" w:rsidR="00F115E0" w:rsidRPr="0055501B" w:rsidRDefault="00F115E0" w:rsidP="00F115E0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 народов мира. Музыка Средней Азии.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84AD4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B51A7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834B5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AD0B5" w14:textId="6BD8DD77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057823" w14:textId="68E19A30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6175F">
              <w:rPr>
                <w:lang w:val="ru-RU"/>
              </w:rPr>
              <w:br/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63783CCD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146CB1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9AAC5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Классическая музыка.</w:t>
            </w:r>
          </w:p>
          <w:p w14:paraId="6CD1C6D0" w14:textId="77777777" w:rsidR="00F115E0" w:rsidRDefault="00F115E0" w:rsidP="00F115E0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Мастерство исполнителя.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511AC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43D3EC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25AF71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C8706C" w14:textId="7217030F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8DA823" w14:textId="31E507D8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6175F">
              <w:rPr>
                <w:lang w:val="ru-RU"/>
              </w:rPr>
              <w:br/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2CF17D06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C16881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D2E326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Классическая музыка.</w:t>
            </w:r>
          </w:p>
          <w:p w14:paraId="7960EAD0" w14:textId="77777777" w:rsidR="00F115E0" w:rsidRDefault="00F115E0" w:rsidP="00F115E0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Мастерство исполнителя.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1D2EBE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96E831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569058" w14:textId="4E896FE1" w:rsidR="00F115E0" w:rsidRPr="00FA7D21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EC5337" w14:textId="3B9D8BD4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413741" w14:textId="3A6AAC3B" w:rsidR="00F115E0" w:rsidRPr="00EC7278" w:rsidRDefault="00F115E0" w:rsidP="00F115E0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6175F">
              <w:rPr>
                <w:lang w:val="ru-RU"/>
              </w:rPr>
              <w:br/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4417E512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5622CD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81E139" w14:textId="77777777" w:rsidR="00F115E0" w:rsidRDefault="00F115E0" w:rsidP="00F115E0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Музыкальная грамота. Музыкальный язык.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AA1DDF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48EFDF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26FB26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7DE966" w14:textId="4D219D98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FCCFE" w14:textId="295E2735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6175F">
              <w:rPr>
                <w:lang w:val="ru-RU"/>
              </w:rPr>
              <w:br/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33140409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BBB13D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8B58DD" w14:textId="77777777" w:rsidR="00F115E0" w:rsidRPr="0055501B" w:rsidRDefault="00F115E0" w:rsidP="00F115E0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Музыкальная грамота. Ритмические рисунки в размере 6/8.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CD8C0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3F5A7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A3A81C" w14:textId="6A00F74E" w:rsidR="00F115E0" w:rsidRPr="00932A71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52CF7" w14:textId="3611041F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4AC929" w14:textId="1C12D294" w:rsidR="00F115E0" w:rsidRPr="00EC7278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6175F">
              <w:rPr>
                <w:lang w:val="ru-RU"/>
              </w:rPr>
              <w:br/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693799C7" w14:textId="77777777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B9474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AAEF0B" w14:textId="77777777" w:rsidR="00F115E0" w:rsidRPr="0055501B" w:rsidRDefault="00F115E0" w:rsidP="00F115E0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Духовная музыка.</w:t>
            </w:r>
          </w:p>
          <w:p w14:paraId="69A16F15" w14:textId="77777777" w:rsidR="00F115E0" w:rsidRPr="0055501B" w:rsidRDefault="00F115E0" w:rsidP="00F115E0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Инструментальная музыка в церкви.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F5CA8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0285AD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F2660" w14:textId="77777777" w:rsidR="00F115E0" w:rsidRDefault="00F115E0" w:rsidP="00F115E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FFF343" w14:textId="394C8C1C" w:rsidR="00F115E0" w:rsidRPr="00F115E0" w:rsidRDefault="00F115E0" w:rsidP="00F115E0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2428A2" w14:textId="192545B2" w:rsidR="00F115E0" w:rsidRPr="00A952B9" w:rsidRDefault="00F115E0" w:rsidP="00F115E0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6175F">
              <w:rPr>
                <w:lang w:val="ru-RU"/>
              </w:rPr>
              <w:br/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4480AC47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1359B6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655C9B" w14:textId="77777777" w:rsidR="00F115E0" w:rsidRPr="0055501B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Классическая музыка.</w:t>
            </w:r>
          </w:p>
          <w:p w14:paraId="259E76B5" w14:textId="77777777" w:rsidR="00F115E0" w:rsidRPr="0055501B" w:rsidRDefault="00F115E0" w:rsidP="00F115E0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Европейские композиторы-классики.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CD3C5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951A7C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5F2CC" w14:textId="3DAB57B3" w:rsidR="00F115E0" w:rsidRPr="00FA7D21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E03762" w14:textId="37117248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19.04.224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951B7" w14:textId="45EF6D8B" w:rsidR="00F115E0" w:rsidRPr="00A952B9" w:rsidRDefault="00F115E0" w:rsidP="00F115E0">
            <w:pPr>
              <w:autoSpaceDE w:val="0"/>
              <w:autoSpaceDN w:val="0"/>
              <w:spacing w:before="98" w:after="0" w:line="262" w:lineRule="auto"/>
              <w:jc w:val="center"/>
              <w:rPr>
                <w:lang w:val="ru-RU"/>
              </w:rPr>
            </w:pP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6175F">
              <w:rPr>
                <w:lang w:val="ru-RU"/>
              </w:rPr>
              <w:br/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66175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14:paraId="0AEB7289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DFA1F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513CA6" w14:textId="77777777" w:rsidR="00F115E0" w:rsidRPr="0055501B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Классическая музыка.</w:t>
            </w:r>
          </w:p>
          <w:p w14:paraId="4690676C" w14:textId="77777777" w:rsidR="00F115E0" w:rsidRPr="0055501B" w:rsidRDefault="00F115E0" w:rsidP="00F115E0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DC8023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2C99C1" w14:textId="543EE767" w:rsidR="00F115E0" w:rsidRPr="00126F31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34F31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D1C89F" w14:textId="6ABAA666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0A299D" w14:textId="7A5036D1" w:rsidR="00F115E0" w:rsidRPr="008E3D57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</w:t>
            </w:r>
          </w:p>
        </w:tc>
      </w:tr>
      <w:tr w:rsidR="00F115E0" w:rsidRPr="00F115E0" w14:paraId="3D2D62BB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95A70C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363074" w14:textId="77777777" w:rsidR="00F115E0" w:rsidRDefault="00F115E0" w:rsidP="00F115E0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Музыкальная грамота. Тональность, гамма.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DBBB8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4732B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70C0FD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A87A16" w14:textId="08277E17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05F1A" w14:textId="12B27CD0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F115E0" w:rsidRPr="00F115E0" w14:paraId="2EF0BACC" w14:textId="7777777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31643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D97D9" w14:textId="77777777" w:rsidR="00F115E0" w:rsidRDefault="00F115E0" w:rsidP="00F115E0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Музыкальная грамота. Музыкальная форма.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1736D4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9F1212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51913" w14:textId="77777777" w:rsidR="00F115E0" w:rsidRDefault="00F115E0" w:rsidP="00F115E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1FD441" w14:textId="1ADD841C" w:rsidR="00F115E0" w:rsidRPr="00F115E0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10.05.2024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1EA01A" w14:textId="3881EEC2" w:rsidR="00F115E0" w:rsidRPr="00A952B9" w:rsidRDefault="00F115E0" w:rsidP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</w:tbl>
    <w:p w14:paraId="643AE42C" w14:textId="77777777" w:rsidR="00131ECB" w:rsidRPr="00A952B9" w:rsidRDefault="00131ECB">
      <w:pPr>
        <w:autoSpaceDE w:val="0"/>
        <w:autoSpaceDN w:val="0"/>
        <w:spacing w:after="0" w:line="14" w:lineRule="exact"/>
        <w:rPr>
          <w:lang w:val="ru-RU"/>
        </w:rPr>
      </w:pPr>
    </w:p>
    <w:p w14:paraId="42505170" w14:textId="77777777" w:rsidR="00131ECB" w:rsidRPr="00A952B9" w:rsidRDefault="00131ECB">
      <w:pPr>
        <w:rPr>
          <w:lang w:val="ru-RU"/>
        </w:rPr>
        <w:sectPr w:rsidR="00131ECB" w:rsidRPr="00A952B9">
          <w:pgSz w:w="11900" w:h="16840"/>
          <w:pgMar w:top="284" w:right="650" w:bottom="41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E510D48" w14:textId="77777777" w:rsidR="00131ECB" w:rsidRPr="00A952B9" w:rsidRDefault="00131ECB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86"/>
        <w:gridCol w:w="732"/>
        <w:gridCol w:w="1620"/>
        <w:gridCol w:w="1668"/>
        <w:gridCol w:w="1236"/>
        <w:gridCol w:w="1706"/>
      </w:tblGrid>
      <w:tr w:rsidR="00131ECB" w:rsidRPr="00F115E0" w14:paraId="4B77D298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774399" w14:textId="77777777" w:rsidR="00131ECB" w:rsidRDefault="00BE3D3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690026" w14:textId="77777777" w:rsidR="00131ECB" w:rsidRPr="0055501B" w:rsidRDefault="00BE3D35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Современная музыкальная культура. Современные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обработки классической музыки.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379B26" w14:textId="77777777" w:rsidR="00131ECB" w:rsidRDefault="00BE3D3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480FD9" w14:textId="77777777" w:rsidR="00131ECB" w:rsidRDefault="00BE3D3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94A1DE" w14:textId="77777777" w:rsidR="00131ECB" w:rsidRDefault="00BE3D3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F5E75" w14:textId="77777777" w:rsidR="00131ECB" w:rsidRDefault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  <w:p w14:paraId="371297AB" w14:textId="4CC2DEDC" w:rsidR="00F115E0" w:rsidRPr="00F115E0" w:rsidRDefault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5142AD" w14:textId="35055114" w:rsidR="00131ECB" w:rsidRPr="00A952B9" w:rsidRDefault="00A952B9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:rsidRPr="00F115E0" w14:paraId="7AD9FCCA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6F2B3" w14:textId="77777777" w:rsidR="00131ECB" w:rsidRDefault="00BE3D3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9A2EF" w14:textId="77777777" w:rsidR="00131ECB" w:rsidRPr="0055501B" w:rsidRDefault="00BE3D35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Современная музыкальная культура. Современные </w:t>
            </w:r>
            <w:r w:rsidRPr="0055501B">
              <w:rPr>
                <w:lang w:val="ru-RU"/>
              </w:rPr>
              <w:br/>
            </w: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обработки классической музыки.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5C5F81" w14:textId="77777777" w:rsidR="00131ECB" w:rsidRDefault="00BE3D3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C87F94" w14:textId="77777777" w:rsidR="00131ECB" w:rsidRDefault="00BE3D3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D30E94" w14:textId="02875F86" w:rsidR="00131ECB" w:rsidRPr="00FA7D21" w:rsidRDefault="00FA7D2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E33E5A" w14:textId="30E91FA2" w:rsidR="00131ECB" w:rsidRPr="00F115E0" w:rsidRDefault="00F115E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BBC78" w14:textId="25C45C17" w:rsidR="00131ECB" w:rsidRPr="00EC7278" w:rsidRDefault="00A952B9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5550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</w:t>
            </w:r>
            <w:r w:rsidRPr="005550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РЭШ</w:t>
            </w:r>
          </w:p>
        </w:tc>
      </w:tr>
      <w:tr w:rsidR="00131ECB" w14:paraId="24F347ED" w14:textId="77777777">
        <w:trPr>
          <w:trHeight w:hRule="exact" w:val="808"/>
        </w:trPr>
        <w:tc>
          <w:tcPr>
            <w:tcW w:w="3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3D03D" w14:textId="77777777" w:rsidR="00131ECB" w:rsidRPr="0055501B" w:rsidRDefault="00BE3D3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5550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87B91" w14:textId="77777777" w:rsidR="00131ECB" w:rsidRPr="00A91367" w:rsidRDefault="00BE3D35">
            <w:pPr>
              <w:autoSpaceDE w:val="0"/>
              <w:autoSpaceDN w:val="0"/>
              <w:spacing w:before="98" w:after="0" w:line="230" w:lineRule="auto"/>
              <w:ind w:left="74"/>
              <w:rPr>
                <w:b/>
                <w:bCs/>
              </w:rPr>
            </w:pPr>
            <w:r w:rsidRPr="00A91367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49477D" w14:textId="73A1A945" w:rsidR="00131ECB" w:rsidRPr="00FA7D21" w:rsidRDefault="00FA7D21">
            <w:pPr>
              <w:autoSpaceDE w:val="0"/>
              <w:autoSpaceDN w:val="0"/>
              <w:spacing w:before="98" w:after="0" w:line="230" w:lineRule="auto"/>
              <w:ind w:left="72"/>
              <w:rPr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849C5" w14:textId="3AB514DB" w:rsidR="00131ECB" w:rsidRPr="00A91367" w:rsidRDefault="00FA7D21">
            <w:pPr>
              <w:autoSpaceDE w:val="0"/>
              <w:autoSpaceDN w:val="0"/>
              <w:spacing w:before="98" w:after="0" w:line="230" w:lineRule="auto"/>
              <w:ind w:left="72"/>
              <w:rPr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42EFB8" w14:textId="77777777" w:rsidR="00131ECB" w:rsidRDefault="00131ECB"/>
        </w:tc>
      </w:tr>
    </w:tbl>
    <w:p w14:paraId="241B2006" w14:textId="77777777" w:rsidR="00131ECB" w:rsidRDefault="00131ECB">
      <w:pPr>
        <w:autoSpaceDE w:val="0"/>
        <w:autoSpaceDN w:val="0"/>
        <w:spacing w:after="0" w:line="14" w:lineRule="exact"/>
      </w:pPr>
    </w:p>
    <w:p w14:paraId="3FA84040" w14:textId="77777777" w:rsidR="00131ECB" w:rsidRDefault="00131ECB">
      <w:pPr>
        <w:sectPr w:rsidR="00131ECB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8074029" w14:textId="77777777" w:rsidR="00131ECB" w:rsidRPr="00444DA8" w:rsidRDefault="00BE3D35">
      <w:pPr>
        <w:autoSpaceDE w:val="0"/>
        <w:autoSpaceDN w:val="0"/>
        <w:spacing w:after="0" w:line="230" w:lineRule="auto"/>
        <w:rPr>
          <w:lang w:val="ru-RU"/>
        </w:rPr>
      </w:pPr>
      <w:r w:rsidRPr="00444DA8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УЧЕБНО-МЕТОДИЧЕСКОЕ ОБЕСПЕЧЕНИЕ ОБРАЗОВАТЕЛЬНОГО ПРОЦЕССА </w:t>
      </w:r>
    </w:p>
    <w:p w14:paraId="09352DBA" w14:textId="77777777" w:rsidR="00131ECB" w:rsidRPr="00444DA8" w:rsidRDefault="00BE3D35">
      <w:pPr>
        <w:autoSpaceDE w:val="0"/>
        <w:autoSpaceDN w:val="0"/>
        <w:spacing w:before="346" w:after="0" w:line="230" w:lineRule="auto"/>
        <w:rPr>
          <w:lang w:val="ru-RU"/>
        </w:rPr>
      </w:pPr>
      <w:r w:rsidRPr="00444DA8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3ACFF8CF" w14:textId="77777777" w:rsidR="008E3D57" w:rsidRDefault="00BE3D35" w:rsidP="008E3D57">
      <w:pPr>
        <w:autoSpaceDE w:val="0"/>
        <w:autoSpaceDN w:val="0"/>
        <w:spacing w:after="0"/>
        <w:ind w:right="144"/>
        <w:rPr>
          <w:rFonts w:ascii="Times New Roman" w:eastAsia="Times New Roman" w:hAnsi="Times New Roman"/>
          <w:color w:val="000000"/>
          <w:sz w:val="24"/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Музыка, 2 класс /Критская Е.Д., Сергеева Г.П., Шмагина Т.С., Акционерное общество </w:t>
      </w:r>
    </w:p>
    <w:p w14:paraId="11C7B54E" w14:textId="09B3339E" w:rsidR="00131ECB" w:rsidRPr="0055501B" w:rsidRDefault="00BE3D35" w:rsidP="008E3D57">
      <w:pPr>
        <w:autoSpaceDE w:val="0"/>
        <w:autoSpaceDN w:val="0"/>
        <w:spacing w:after="0"/>
        <w:ind w:right="144"/>
        <w:rPr>
          <w:lang w:val="ru-RU"/>
        </w:rPr>
      </w:pP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«Издательство</w:t>
      </w:r>
      <w:r w:rsidR="002B7F9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«Просвещение»; </w:t>
      </w:r>
      <w:r w:rsidR="00444DA8">
        <w:rPr>
          <w:rFonts w:ascii="Times New Roman" w:eastAsia="Times New Roman" w:hAnsi="Times New Roman"/>
          <w:color w:val="000000"/>
          <w:sz w:val="24"/>
          <w:lang w:val="ru-RU"/>
        </w:rPr>
        <w:t>Школа России.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787333C0" w14:textId="77777777" w:rsidR="00A97A2B" w:rsidRDefault="00BE3D35" w:rsidP="00A97A2B">
      <w:pPr>
        <w:pStyle w:val="ae"/>
        <w:numPr>
          <w:ilvl w:val="0"/>
          <w:numId w:val="10"/>
        </w:numPr>
        <w:autoSpaceDE w:val="0"/>
        <w:autoSpaceDN w:val="0"/>
        <w:spacing w:before="166" w:after="0" w:line="283" w:lineRule="auto"/>
        <w:ind w:left="426" w:right="144"/>
        <w:rPr>
          <w:rFonts w:ascii="Times New Roman" w:eastAsia="Times New Roman" w:hAnsi="Times New Roman"/>
          <w:color w:val="000000"/>
          <w:sz w:val="24"/>
          <w:lang w:val="ru-RU"/>
        </w:rPr>
      </w:pPr>
      <w:r w:rsidRPr="001A501B">
        <w:rPr>
          <w:rFonts w:ascii="Times New Roman" w:eastAsia="Times New Roman" w:hAnsi="Times New Roman"/>
          <w:color w:val="000000"/>
          <w:sz w:val="24"/>
          <w:lang w:val="ru-RU"/>
        </w:rPr>
        <w:t>ФГО</w:t>
      </w:r>
      <w:r w:rsidR="00444DA8">
        <w:rPr>
          <w:rFonts w:ascii="Times New Roman" w:eastAsia="Times New Roman" w:hAnsi="Times New Roman"/>
          <w:color w:val="000000"/>
          <w:sz w:val="24"/>
          <w:lang w:val="ru-RU"/>
        </w:rPr>
        <w:t>С начального общего образования</w:t>
      </w:r>
      <w:r w:rsidRPr="001A501B">
        <w:rPr>
          <w:rFonts w:ascii="Times New Roman" w:eastAsia="Times New Roman" w:hAnsi="Times New Roman"/>
          <w:color w:val="000000"/>
          <w:sz w:val="24"/>
          <w:lang w:val="ru-RU"/>
        </w:rPr>
        <w:t>, утверждённого приказом Министерства</w:t>
      </w:r>
    </w:p>
    <w:p w14:paraId="1AE43A13" w14:textId="750C6B09" w:rsidR="0001425C" w:rsidRPr="00A97A2B" w:rsidRDefault="00BE3D35" w:rsidP="00A97A2B">
      <w:pPr>
        <w:pStyle w:val="ae"/>
        <w:autoSpaceDE w:val="0"/>
        <w:autoSpaceDN w:val="0"/>
        <w:spacing w:before="166" w:after="0" w:line="283" w:lineRule="auto"/>
        <w:ind w:left="426" w:right="144"/>
        <w:rPr>
          <w:rFonts w:ascii="Times New Roman" w:eastAsia="Times New Roman" w:hAnsi="Times New Roman"/>
          <w:color w:val="000000"/>
          <w:sz w:val="24"/>
          <w:lang w:val="ru-RU"/>
        </w:rPr>
      </w:pPr>
      <w:r w:rsidRPr="00A97A2B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просвещения РФ от 31 мая № 286; </w:t>
      </w:r>
    </w:p>
    <w:p w14:paraId="3583373F" w14:textId="152DD8D6" w:rsidR="00131ECB" w:rsidRPr="001A501B" w:rsidRDefault="00BE3D35" w:rsidP="0001425C">
      <w:pPr>
        <w:pStyle w:val="ae"/>
        <w:autoSpaceDE w:val="0"/>
        <w:autoSpaceDN w:val="0"/>
        <w:spacing w:after="0" w:line="240" w:lineRule="auto"/>
        <w:ind w:left="142" w:right="144"/>
        <w:rPr>
          <w:rFonts w:ascii="Times New Roman" w:eastAsia="Times New Roman" w:hAnsi="Times New Roman"/>
          <w:color w:val="000000"/>
          <w:sz w:val="24"/>
          <w:lang w:val="ru-RU"/>
        </w:rPr>
      </w:pPr>
      <w:r w:rsidRPr="001A501B">
        <w:rPr>
          <w:rFonts w:ascii="Times New Roman" w:eastAsia="Times New Roman" w:hAnsi="Times New Roman"/>
          <w:color w:val="000000"/>
          <w:sz w:val="24"/>
          <w:lang w:val="ru-RU"/>
        </w:rPr>
        <w:t xml:space="preserve">2. Рабочая программа для 2 класса начального общего образования; </w:t>
      </w:r>
      <w:r w:rsidRPr="001A501B">
        <w:rPr>
          <w:lang w:val="ru-RU"/>
        </w:rPr>
        <w:br/>
      </w:r>
      <w:r w:rsidRPr="001A501B">
        <w:rPr>
          <w:rFonts w:ascii="Times New Roman" w:eastAsia="Times New Roman" w:hAnsi="Times New Roman"/>
          <w:color w:val="000000"/>
          <w:sz w:val="24"/>
          <w:lang w:val="ru-RU"/>
        </w:rPr>
        <w:t xml:space="preserve">3. </w:t>
      </w:r>
      <w:r w:rsidR="001A501B" w:rsidRPr="001A501B">
        <w:rPr>
          <w:rFonts w:ascii="Times New Roman" w:eastAsia="Times New Roman" w:hAnsi="Times New Roman"/>
          <w:color w:val="000000"/>
          <w:sz w:val="24"/>
          <w:lang w:val="ru-RU"/>
        </w:rPr>
        <w:t>Поурочные разработки</w:t>
      </w:r>
      <w:r w:rsidRPr="001A501B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учеников 2 класса; </w:t>
      </w:r>
      <w:r w:rsidRPr="001A501B">
        <w:rPr>
          <w:lang w:val="ru-RU"/>
        </w:rPr>
        <w:br/>
      </w:r>
      <w:r w:rsidRPr="001A501B">
        <w:rPr>
          <w:rFonts w:ascii="Times New Roman" w:eastAsia="Times New Roman" w:hAnsi="Times New Roman"/>
          <w:color w:val="000000"/>
          <w:sz w:val="24"/>
          <w:lang w:val="ru-RU"/>
        </w:rPr>
        <w:t xml:space="preserve">4. Презентации (поурочные) для учеников 2 класса; </w:t>
      </w:r>
      <w:r w:rsidRPr="001A501B">
        <w:rPr>
          <w:lang w:val="ru-RU"/>
        </w:rPr>
        <w:br/>
      </w:r>
      <w:r w:rsidRPr="001A501B">
        <w:rPr>
          <w:rFonts w:ascii="Times New Roman" w:eastAsia="Times New Roman" w:hAnsi="Times New Roman"/>
          <w:color w:val="000000"/>
          <w:sz w:val="24"/>
          <w:lang w:val="ru-RU"/>
        </w:rPr>
        <w:t xml:space="preserve">5. Музыкальные сборники для учеников 2 класса; </w:t>
      </w:r>
      <w:r w:rsidRPr="001A501B">
        <w:rPr>
          <w:lang w:val="ru-RU"/>
        </w:rPr>
        <w:br/>
      </w:r>
      <w:r w:rsidRPr="001A501B">
        <w:rPr>
          <w:rFonts w:ascii="Times New Roman" w:eastAsia="Times New Roman" w:hAnsi="Times New Roman"/>
          <w:color w:val="000000"/>
          <w:sz w:val="24"/>
          <w:lang w:val="ru-RU"/>
        </w:rPr>
        <w:t>6. Аудио музыкальных произведений для учеников 2 класса</w:t>
      </w:r>
      <w:r w:rsidR="001A501B" w:rsidRPr="001A501B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6A46A67C" w14:textId="15BC091A" w:rsidR="001A501B" w:rsidRPr="0001425C" w:rsidRDefault="0001425C" w:rsidP="0001425C">
      <w:pPr>
        <w:autoSpaceDE w:val="0"/>
        <w:autoSpaceDN w:val="0"/>
        <w:spacing w:after="0" w:line="240" w:lineRule="auto"/>
        <w:ind w:right="144"/>
        <w:rPr>
          <w:lang w:val="ru-RU"/>
        </w:rPr>
      </w:pPr>
      <w:r>
        <w:rPr>
          <w:lang w:val="ru-RU"/>
        </w:rPr>
        <w:t xml:space="preserve">   </w:t>
      </w:r>
      <w:r w:rsidR="001A501B" w:rsidRPr="0001425C">
        <w:rPr>
          <w:lang w:val="ru-RU"/>
        </w:rPr>
        <w:t>7. Учебник</w:t>
      </w:r>
      <w:r w:rsidR="00A3008F" w:rsidRPr="0001425C">
        <w:rPr>
          <w:lang w:val="ru-RU"/>
        </w:rPr>
        <w:t xml:space="preserve"> для 2 класса.</w:t>
      </w:r>
    </w:p>
    <w:p w14:paraId="05EB316D" w14:textId="77777777" w:rsidR="00131ECB" w:rsidRPr="0055501B" w:rsidRDefault="00BE3D35">
      <w:pPr>
        <w:autoSpaceDE w:val="0"/>
        <w:autoSpaceDN w:val="0"/>
        <w:spacing w:before="262" w:after="0" w:line="230" w:lineRule="auto"/>
        <w:rPr>
          <w:lang w:val="ru-RU"/>
        </w:rPr>
      </w:pPr>
      <w:r w:rsidRPr="0055501B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2AD3C54B" w14:textId="62EC5264" w:rsidR="00131ECB" w:rsidRDefault="00BE3D35">
      <w:pPr>
        <w:autoSpaceDE w:val="0"/>
        <w:autoSpaceDN w:val="0"/>
        <w:spacing w:before="166" w:after="0" w:line="262" w:lineRule="auto"/>
        <w:ind w:right="6768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55501B">
        <w:rPr>
          <w:lang w:val="ru-RU"/>
        </w:rPr>
        <w:br/>
      </w:r>
      <w:r w:rsidRPr="0055501B">
        <w:rPr>
          <w:rFonts w:ascii="Times New Roman" w:eastAsia="Times New Roman" w:hAnsi="Times New Roman"/>
          <w:color w:val="000000"/>
          <w:sz w:val="24"/>
          <w:lang w:val="ru-RU"/>
        </w:rPr>
        <w:t>РЭШ</w:t>
      </w:r>
    </w:p>
    <w:p w14:paraId="0A17F3A7" w14:textId="77777777" w:rsidR="008E3D57" w:rsidRDefault="008E3D57" w:rsidP="008E3D57">
      <w:pPr>
        <w:autoSpaceDE w:val="0"/>
        <w:autoSpaceDN w:val="0"/>
        <w:spacing w:after="0" w:line="261" w:lineRule="auto"/>
        <w:ind w:right="504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Учи.ру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Образовательная сеть НС (сайты коллег музыкантов).</w:t>
      </w:r>
    </w:p>
    <w:p w14:paraId="53EB06D6" w14:textId="77777777" w:rsidR="008E3D57" w:rsidRDefault="008E3D57" w:rsidP="008E3D57">
      <w:pPr>
        <w:autoSpaceDE w:val="0"/>
        <w:autoSpaceDN w:val="0"/>
        <w:spacing w:after="0" w:line="261" w:lineRule="auto"/>
        <w:ind w:right="6768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Российская электронная школа</w:t>
      </w:r>
    </w:p>
    <w:p w14:paraId="7A723048" w14:textId="77777777" w:rsidR="008E3D57" w:rsidRDefault="008E3D57" w:rsidP="008E3D57">
      <w:pPr>
        <w:autoSpaceDE w:val="0"/>
        <w:autoSpaceDN w:val="0"/>
        <w:spacing w:after="0" w:line="261" w:lineRule="auto"/>
        <w:ind w:right="656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Раздел сайта корпорации «Российский учебник» «Начальное образование»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rosuchebnik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metodicheskaja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pomosch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nachalnoe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obrazovanie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База разработок для учителей начальных классов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pedsovet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su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Бесплатное поурочное планирование, сценарии, разработки уроков, внеклассные мероприятия и др.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uroki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</w:p>
    <w:p w14:paraId="78EED50A" w14:textId="77777777" w:rsidR="00444DA8" w:rsidRPr="00444DA8" w:rsidRDefault="00444DA8" w:rsidP="00444DA8">
      <w:pPr>
        <w:spacing w:after="0"/>
        <w:rPr>
          <w:rFonts w:ascii="Times New Roman" w:hAnsi="Times New Roman" w:cs="Times New Roman"/>
          <w:b/>
          <w:lang w:val="ru-RU"/>
        </w:rPr>
      </w:pPr>
      <w:r w:rsidRPr="00444DA8">
        <w:rPr>
          <w:rFonts w:ascii="Times New Roman" w:hAnsi="Times New Roman" w:cs="Times New Roman"/>
          <w:b/>
          <w:lang w:val="ru-RU"/>
        </w:rPr>
        <w:t>МАТЕРИАЛЬНО-ТЕХНИЧЕСКОЕ ОБЕСПЕЧЕНИЕ ОБРАЗОВАТЕЛЬНОГО ПРОЦЕССА</w:t>
      </w:r>
    </w:p>
    <w:p w14:paraId="7D6FE8A0" w14:textId="77777777" w:rsidR="00444DA8" w:rsidRPr="00444DA8" w:rsidRDefault="00444DA8" w:rsidP="00444DA8">
      <w:pPr>
        <w:spacing w:after="0"/>
        <w:rPr>
          <w:rFonts w:ascii="Times New Roman" w:hAnsi="Times New Roman" w:cs="Times New Roman"/>
          <w:b/>
          <w:lang w:val="ru-RU"/>
        </w:rPr>
      </w:pPr>
      <w:r w:rsidRPr="00444DA8">
        <w:rPr>
          <w:rFonts w:ascii="Times New Roman" w:hAnsi="Times New Roman" w:cs="Times New Roman"/>
          <w:b/>
          <w:lang w:val="ru-RU"/>
        </w:rPr>
        <w:t>УЧЕБНОЕ ОБОРУДОВАНИЕ</w:t>
      </w:r>
    </w:p>
    <w:p w14:paraId="493C360A" w14:textId="5632DB96" w:rsidR="00444DA8" w:rsidRPr="00444DA8" w:rsidRDefault="00444DA8" w:rsidP="00444DA8">
      <w:pPr>
        <w:spacing w:after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 Компьютер;</w:t>
      </w:r>
    </w:p>
    <w:p w14:paraId="25F1F779" w14:textId="781EF6F6" w:rsidR="00444DA8" w:rsidRPr="00444DA8" w:rsidRDefault="00444DA8" w:rsidP="00444DA8">
      <w:pPr>
        <w:spacing w:after="0"/>
        <w:rPr>
          <w:rFonts w:ascii="Times New Roman" w:hAnsi="Times New Roman" w:cs="Times New Roman"/>
          <w:lang w:val="ru-RU"/>
        </w:rPr>
      </w:pPr>
      <w:r w:rsidRPr="00444DA8">
        <w:rPr>
          <w:rFonts w:ascii="Times New Roman" w:hAnsi="Times New Roman" w:cs="Times New Roman"/>
          <w:lang w:val="ru-RU"/>
        </w:rPr>
        <w:t>2. Колонки</w:t>
      </w:r>
      <w:r>
        <w:rPr>
          <w:rFonts w:ascii="Times New Roman" w:hAnsi="Times New Roman" w:cs="Times New Roman"/>
          <w:lang w:val="ru-RU"/>
        </w:rPr>
        <w:t>;</w:t>
      </w:r>
    </w:p>
    <w:p w14:paraId="4EAFAEA1" w14:textId="56F523AB" w:rsidR="00444DA8" w:rsidRPr="00444DA8" w:rsidRDefault="00444DA8" w:rsidP="00444DA8">
      <w:pPr>
        <w:spacing w:after="0"/>
        <w:rPr>
          <w:rFonts w:ascii="Times New Roman" w:hAnsi="Times New Roman" w:cs="Times New Roman"/>
          <w:lang w:val="ru-RU"/>
        </w:rPr>
      </w:pPr>
      <w:r w:rsidRPr="00444DA8">
        <w:rPr>
          <w:rFonts w:ascii="Times New Roman" w:hAnsi="Times New Roman" w:cs="Times New Roman"/>
          <w:lang w:val="ru-RU"/>
        </w:rPr>
        <w:t>3. Интерактивная доска</w:t>
      </w:r>
      <w:r>
        <w:rPr>
          <w:rFonts w:ascii="Times New Roman" w:hAnsi="Times New Roman" w:cs="Times New Roman"/>
          <w:lang w:val="ru-RU"/>
        </w:rPr>
        <w:t>;</w:t>
      </w:r>
    </w:p>
    <w:p w14:paraId="44CB2FE1" w14:textId="77777777" w:rsidR="00444DA8" w:rsidRPr="00444DA8" w:rsidRDefault="00444DA8" w:rsidP="00444DA8">
      <w:pPr>
        <w:spacing w:after="0"/>
        <w:rPr>
          <w:rFonts w:ascii="Times New Roman" w:hAnsi="Times New Roman" w:cs="Times New Roman"/>
          <w:lang w:val="ru-RU"/>
        </w:rPr>
      </w:pPr>
      <w:r w:rsidRPr="00444DA8">
        <w:rPr>
          <w:rFonts w:ascii="Times New Roman" w:hAnsi="Times New Roman" w:cs="Times New Roman"/>
          <w:lang w:val="ru-RU"/>
        </w:rPr>
        <w:t>4. Проектор.</w:t>
      </w:r>
    </w:p>
    <w:p w14:paraId="41F898F7" w14:textId="77777777" w:rsidR="00444DA8" w:rsidRPr="00444DA8" w:rsidRDefault="00444DA8" w:rsidP="00444DA8">
      <w:pPr>
        <w:rPr>
          <w:rFonts w:ascii="Times New Roman" w:hAnsi="Times New Roman" w:cs="Times New Roman"/>
          <w:b/>
          <w:lang w:val="ru-RU"/>
        </w:rPr>
      </w:pPr>
      <w:r w:rsidRPr="00444DA8">
        <w:rPr>
          <w:rFonts w:ascii="Times New Roman" w:hAnsi="Times New Roman" w:cs="Times New Roman"/>
          <w:b/>
          <w:lang w:val="ru-RU"/>
        </w:rPr>
        <w:t>ОБОРУДОВАНИЕ ДЛЯ ПРОВЕДЕНИЯ ПРАКТИЧЕСКИХ РАБОТ</w:t>
      </w:r>
    </w:p>
    <w:p w14:paraId="7911077B" w14:textId="77777777" w:rsidR="00444DA8" w:rsidRPr="00444DA8" w:rsidRDefault="00444DA8" w:rsidP="00444DA8">
      <w:pPr>
        <w:rPr>
          <w:rFonts w:ascii="Times New Roman" w:hAnsi="Times New Roman" w:cs="Times New Roman"/>
          <w:lang w:val="ru-RU"/>
        </w:rPr>
      </w:pPr>
      <w:r w:rsidRPr="00444DA8">
        <w:rPr>
          <w:rFonts w:ascii="Times New Roman" w:hAnsi="Times New Roman" w:cs="Times New Roman"/>
          <w:lang w:val="ru-RU"/>
        </w:rPr>
        <w:t>Электронный инструмент (фортепиано).</w:t>
      </w:r>
    </w:p>
    <w:p w14:paraId="601F2991" w14:textId="77777777" w:rsidR="00BE3D35" w:rsidRPr="0055501B" w:rsidRDefault="00BE3D35">
      <w:pPr>
        <w:rPr>
          <w:lang w:val="ru-RU"/>
        </w:rPr>
      </w:pPr>
    </w:p>
    <w:sectPr w:rsidR="00BE3D35" w:rsidRPr="0055501B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ejaVu Serif">
    <w:altName w:val="MS Gothic"/>
    <w:charset w:val="CC"/>
    <w:family w:val="roman"/>
    <w:pitch w:val="variable"/>
    <w:sig w:usb0="E50006FF" w:usb1="5200F9FB" w:usb2="0A04002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352D17"/>
    <w:multiLevelType w:val="hybridMultilevel"/>
    <w:tmpl w:val="DC7C0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8430191">
    <w:abstractNumId w:val="8"/>
  </w:num>
  <w:num w:numId="2" w16cid:durableId="1314872637">
    <w:abstractNumId w:val="6"/>
  </w:num>
  <w:num w:numId="3" w16cid:durableId="1361082813">
    <w:abstractNumId w:val="5"/>
  </w:num>
  <w:num w:numId="4" w16cid:durableId="724724355">
    <w:abstractNumId w:val="4"/>
  </w:num>
  <w:num w:numId="5" w16cid:durableId="921724220">
    <w:abstractNumId w:val="7"/>
  </w:num>
  <w:num w:numId="6" w16cid:durableId="1101801157">
    <w:abstractNumId w:val="3"/>
  </w:num>
  <w:num w:numId="7" w16cid:durableId="2093351205">
    <w:abstractNumId w:val="2"/>
  </w:num>
  <w:num w:numId="8" w16cid:durableId="1211531252">
    <w:abstractNumId w:val="1"/>
  </w:num>
  <w:num w:numId="9" w16cid:durableId="2063822285">
    <w:abstractNumId w:val="0"/>
  </w:num>
  <w:num w:numId="10" w16cid:durableId="7597602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425C"/>
    <w:rsid w:val="00021703"/>
    <w:rsid w:val="00034616"/>
    <w:rsid w:val="0006063C"/>
    <w:rsid w:val="00126F31"/>
    <w:rsid w:val="00131ECB"/>
    <w:rsid w:val="0015074B"/>
    <w:rsid w:val="001A501B"/>
    <w:rsid w:val="0028302D"/>
    <w:rsid w:val="0029639D"/>
    <w:rsid w:val="002B7F9D"/>
    <w:rsid w:val="00326F90"/>
    <w:rsid w:val="003A3604"/>
    <w:rsid w:val="00444DA8"/>
    <w:rsid w:val="004527B5"/>
    <w:rsid w:val="004C6A49"/>
    <w:rsid w:val="00513C3E"/>
    <w:rsid w:val="00550ADD"/>
    <w:rsid w:val="0055501B"/>
    <w:rsid w:val="00747198"/>
    <w:rsid w:val="007A5369"/>
    <w:rsid w:val="007C2CDF"/>
    <w:rsid w:val="0089147A"/>
    <w:rsid w:val="008E3D57"/>
    <w:rsid w:val="00932A71"/>
    <w:rsid w:val="009F5D00"/>
    <w:rsid w:val="00A015DC"/>
    <w:rsid w:val="00A3008F"/>
    <w:rsid w:val="00A91367"/>
    <w:rsid w:val="00A952B9"/>
    <w:rsid w:val="00A97A2B"/>
    <w:rsid w:val="00AA1D8D"/>
    <w:rsid w:val="00AD5FBC"/>
    <w:rsid w:val="00B11D6D"/>
    <w:rsid w:val="00B47730"/>
    <w:rsid w:val="00BE3D35"/>
    <w:rsid w:val="00C444C6"/>
    <w:rsid w:val="00CB0664"/>
    <w:rsid w:val="00D378AE"/>
    <w:rsid w:val="00D9019C"/>
    <w:rsid w:val="00DB0751"/>
    <w:rsid w:val="00E2475A"/>
    <w:rsid w:val="00EC7278"/>
    <w:rsid w:val="00F115E0"/>
    <w:rsid w:val="00FA7D2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AF4B44"/>
  <w14:defaultImageDpi w14:val="300"/>
  <w15:docId w15:val="{F43B8C4B-C923-459D-87ED-88001547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C51A7B-71DE-493D-B410-B5AB8971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23</Pages>
  <Words>7047</Words>
  <Characters>40170</Characters>
  <Application>Microsoft Office Word</Application>
  <DocSecurity>0</DocSecurity>
  <Lines>334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Курья Школа</cp:lastModifiedBy>
  <cp:revision>34</cp:revision>
  <dcterms:created xsi:type="dcterms:W3CDTF">2013-12-23T23:15:00Z</dcterms:created>
  <dcterms:modified xsi:type="dcterms:W3CDTF">2023-11-30T07:28:00Z</dcterms:modified>
  <cp:category/>
</cp:coreProperties>
</file>